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36"/>
        <w:tblLayout w:type="fixed"/>
        <w:tblLook w:firstColumn="1" w:firstRow="1" w:lastColumn="0" w:lastRow="0" w:noHBand="0" w:noVBand="1" w:val="04A0"/>
        <w:tblLayout w:type="fixed"/>
        <w:tblCellMar>
          <w:top w:w="0" w:type="dxa"/>
          <w:left w:w="0" w:type="dxa"/>
          <w:bottom w:w="0" w:type="dxa"/>
          <w:right w:w="0" w:type="dxa"/>
        </w:tblCellMar>
      </w:tblPr>
      <w:tblGrid>
        <w:gridCol w:w="6160"/>
        <w:gridCol w:w="3776"/>
      </w:tblGrid>
      <w:tr>
        <w:tc>
          <w:tcPr>
            <w:tcW w:type="dxa" w:w="6160"/>
          </w:tcPr>
          <w:p>
            <w:pPr>
              <w:spacing w:after="0" w:before="0"/>
            </w:pPr>
            <w:r/>
            <w:r>
              <w:rPr>
                <w:rFonts w:ascii="Calibri" w:hAnsi="Calibri" w:eastAsia="Calibri"/>
                <w:b/>
                <w:i w:val="0"/>
                <w:color w:val="0A1B3D"/>
                <w:sz w:val="32"/>
              </w:rPr>
              <w:t>[Your Company Name]</w:t>
            </w:r>
          </w:p>
          <w:p>
            <w:pPr>
              <w:spacing w:after="0"/>
            </w:pPr>
            <w:r>
              <w:rPr>
                <w:rFonts w:ascii="Calibri" w:hAnsi="Calibri" w:eastAsia="Calibri"/>
                <w:b w:val="0"/>
                <w:i w:val="0"/>
                <w:color w:val="6B7280"/>
                <w:sz w:val="17"/>
              </w:rPr>
              <w:t>[Street address, City, State ZIP]  |  [Phone]  |  [Email]  |  MC# [number]  DOT# [number]</w:t>
            </w:r>
          </w:p>
        </w:tc>
        <w:tc>
          <w:tcPr>
            <w:tcW w:type="dxa" w:w="3776"/>
          </w:tcPr>
          <w:p>
            <w:pPr>
              <w:spacing w:after="0" w:before="0"/>
              <w:jc w:val="right"/>
            </w:pPr>
            <w:r/>
            <w:r>
              <w:rPr>
                <w:rFonts w:ascii="Calibri" w:hAnsi="Calibri" w:eastAsia="Calibri"/>
                <w:b/>
                <w:i w:val="0"/>
                <w:color w:val="9A7415"/>
                <w:sz w:val="22"/>
              </w:rPr>
              <w:t>DISPATCH SERVICE INVOICE</w:t>
            </w:r>
          </w:p>
          <w:p>
            <w:pPr>
              <w:spacing w:after="0"/>
              <w:jc w:val="right"/>
            </w:pPr>
            <w:r>
              <w:rPr>
                <w:rFonts w:ascii="Calibri" w:hAnsi="Calibri" w:eastAsia="Calibri"/>
                <w:b w:val="0"/>
                <w:i w:val="0"/>
                <w:color w:val="6B7280"/>
                <w:sz w:val="17"/>
              </w:rPr>
              <w:t>Invoice from dispatcher to carrier</w:t>
            </w:r>
          </w:p>
        </w:tc>
      </w:tr>
    </w:tbl>
    <w:p>
      <w:pPr>
        <w:spacing w:after="120" w:before="40"/>
        <w:pBdr>
          <w:bottom w:val="single" w:sz="14" w:space="1" w:color="B8962E"/>
        </w:pBdr>
      </w:pP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Invoice no.</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Invoice 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Billing period</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Due 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Payment terms</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Agreement date</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Bill to (carrier)</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Carrier name</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MC# / DOT#</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Contact</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Address</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Email</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Phone</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Loads dispatched in this period</w:t>
      </w:r>
    </w:p>
    <w:tbl>
      <w:tblPr>
        <w:tblW w:type="dxa" w:w="9936"/>
        <w:tblLook w:firstColumn="1" w:firstRow="1" w:lastColumn="0" w:lastRow="0" w:noHBand="0" w:noVBand="1" w:val="04A0"/>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70" w:type="dxa"/>
          <w:left w:w="80" w:type="dxa"/>
          <w:bottom w:w="70" w:type="dxa"/>
          <w:right w:w="80" w:type="dxa"/>
        </w:tblCellMar>
        <w:tblLayout w:type="fixed"/>
      </w:tblPr>
      <w:tblGrid>
        <w:gridCol w:w="940"/>
        <w:gridCol w:w="1208"/>
        <w:gridCol w:w="2417"/>
        <w:gridCol w:w="1880"/>
        <w:gridCol w:w="1276"/>
        <w:gridCol w:w="1074"/>
        <w:gridCol w:w="1141"/>
      </w:tblGrid>
      <w:tr>
        <w:tc>
          <w:tcPr>
            <w:tcW w:type="dxa" w:w="940"/>
            <w:shd w:val="clear" w:color="auto" w:fill="0A1B3D"/>
          </w:tcPr>
          <w:p>
            <w:pPr>
              <w:spacing w:after="0" w:before="0"/>
            </w:pPr>
            <w:r/>
            <w:r>
              <w:rPr>
                <w:rFonts w:ascii="Calibri" w:hAnsi="Calibri" w:eastAsia="Calibri"/>
                <w:b/>
                <w:i w:val="0"/>
                <w:color w:val="FFFFFF"/>
                <w:sz w:val="17"/>
              </w:rPr>
              <w:t>Load #</w:t>
            </w:r>
          </w:p>
        </w:tc>
        <w:tc>
          <w:tcPr>
            <w:tcW w:type="dxa" w:w="1208"/>
            <w:shd w:val="clear" w:color="auto" w:fill="0A1B3D"/>
          </w:tcPr>
          <w:p>
            <w:pPr>
              <w:spacing w:after="0" w:before="0"/>
            </w:pPr>
            <w:r/>
            <w:r>
              <w:rPr>
                <w:rFonts w:ascii="Calibri" w:hAnsi="Calibri" w:eastAsia="Calibri"/>
                <w:b/>
                <w:i w:val="0"/>
                <w:color w:val="FFFFFF"/>
                <w:sz w:val="17"/>
              </w:rPr>
              <w:t>Pickup date</w:t>
            </w:r>
          </w:p>
        </w:tc>
        <w:tc>
          <w:tcPr>
            <w:tcW w:type="dxa" w:w="2417"/>
            <w:shd w:val="clear" w:color="auto" w:fill="0A1B3D"/>
          </w:tcPr>
          <w:p>
            <w:pPr>
              <w:spacing w:after="0" w:before="0"/>
            </w:pPr>
            <w:r/>
            <w:r>
              <w:rPr>
                <w:rFonts w:ascii="Calibri" w:hAnsi="Calibri" w:eastAsia="Calibri"/>
                <w:b/>
                <w:i w:val="0"/>
                <w:color w:val="FFFFFF"/>
                <w:sz w:val="17"/>
              </w:rPr>
              <w:t>Origin &gt; Destination</w:t>
            </w:r>
          </w:p>
        </w:tc>
        <w:tc>
          <w:tcPr>
            <w:tcW w:type="dxa" w:w="1880"/>
            <w:shd w:val="clear" w:color="auto" w:fill="0A1B3D"/>
          </w:tcPr>
          <w:p>
            <w:pPr>
              <w:spacing w:after="0" w:before="0"/>
            </w:pPr>
            <w:r/>
            <w:r>
              <w:rPr>
                <w:rFonts w:ascii="Calibri" w:hAnsi="Calibri" w:eastAsia="Calibri"/>
                <w:b/>
                <w:i w:val="0"/>
                <w:color w:val="FFFFFF"/>
                <w:sz w:val="17"/>
              </w:rPr>
              <w:t>Broker / customer</w:t>
            </w:r>
          </w:p>
        </w:tc>
        <w:tc>
          <w:tcPr>
            <w:tcW w:type="dxa" w:w="1276"/>
            <w:shd w:val="clear" w:color="auto" w:fill="0A1B3D"/>
          </w:tcPr>
          <w:p>
            <w:pPr>
              <w:spacing w:after="0" w:before="0"/>
            </w:pPr>
            <w:r/>
            <w:r>
              <w:rPr>
                <w:rFonts w:ascii="Calibri" w:hAnsi="Calibri" w:eastAsia="Calibri"/>
                <w:b/>
                <w:i w:val="0"/>
                <w:color w:val="FFFFFF"/>
                <w:sz w:val="17"/>
              </w:rPr>
              <w:t>Gross paid ($)</w:t>
            </w:r>
          </w:p>
        </w:tc>
        <w:tc>
          <w:tcPr>
            <w:tcW w:type="dxa" w:w="1074"/>
            <w:shd w:val="clear" w:color="auto" w:fill="0A1B3D"/>
          </w:tcPr>
          <w:p>
            <w:pPr>
              <w:spacing w:after="0" w:before="0"/>
            </w:pPr>
            <w:r/>
            <w:r>
              <w:rPr>
                <w:rFonts w:ascii="Calibri" w:hAnsi="Calibri" w:eastAsia="Calibri"/>
                <w:b/>
                <w:i w:val="0"/>
                <w:color w:val="FFFFFF"/>
                <w:sz w:val="17"/>
              </w:rPr>
              <w:t>Fee % or flat</w:t>
            </w:r>
          </w:p>
        </w:tc>
        <w:tc>
          <w:tcPr>
            <w:tcW w:type="dxa" w:w="1141"/>
            <w:shd w:val="clear" w:color="auto" w:fill="0A1B3D"/>
          </w:tcPr>
          <w:p>
            <w:pPr>
              <w:spacing w:after="0" w:before="0"/>
            </w:pPr>
            <w:r/>
            <w:r>
              <w:rPr>
                <w:rFonts w:ascii="Calibri" w:hAnsi="Calibri" w:eastAsia="Calibri"/>
                <w:b/>
                <w:i w:val="0"/>
                <w:color w:val="FFFFFF"/>
                <w:sz w:val="17"/>
              </w:rPr>
              <w:t>Fee ($)</w:t>
            </w:r>
          </w:p>
        </w:tc>
      </w:tr>
      <w:tr>
        <w:tc>
          <w:tcPr>
            <w:tcW w:type="dxa" w:w="940"/>
          </w:tcPr>
          <w:p>
            <w:pPr>
              <w:spacing w:after="0" w:before="0"/>
            </w:pPr>
            <w:r/>
            <w:r>
              <w:rPr>
                <w:rFonts w:ascii="Calibri" w:hAnsi="Calibri" w:eastAsia="Calibri"/>
                <w:b w:val="0"/>
                <w:i w:val="0"/>
                <w:color w:val="1F2937"/>
                <w:sz w:val="18"/>
              </w:rPr>
            </w:r>
          </w:p>
        </w:tc>
        <w:tc>
          <w:tcPr>
            <w:tcW w:type="dxa" w:w="1208"/>
          </w:tcPr>
          <w:p>
            <w:pPr>
              <w:spacing w:after="0" w:before="0"/>
            </w:pPr>
            <w:r/>
            <w:r>
              <w:rPr>
                <w:rFonts w:ascii="Calibri" w:hAnsi="Calibri" w:eastAsia="Calibri"/>
                <w:b w:val="0"/>
                <w:i w:val="0"/>
                <w:color w:val="1F2937"/>
                <w:sz w:val="18"/>
              </w:rPr>
            </w:r>
          </w:p>
        </w:tc>
        <w:tc>
          <w:tcPr>
            <w:tcW w:type="dxa" w:w="2417"/>
          </w:tcPr>
          <w:p>
            <w:pPr>
              <w:spacing w:after="0" w:before="0"/>
            </w:pPr>
            <w:r/>
            <w:r>
              <w:rPr>
                <w:rFonts w:ascii="Calibri" w:hAnsi="Calibri" w:eastAsia="Calibri"/>
                <w:b w:val="0"/>
                <w:i w:val="0"/>
                <w:color w:val="1F2937"/>
                <w:sz w:val="18"/>
              </w:rPr>
            </w:r>
          </w:p>
        </w:tc>
        <w:tc>
          <w:tcPr>
            <w:tcW w:type="dxa" w:w="1880"/>
          </w:tcPr>
          <w:p>
            <w:pPr>
              <w:spacing w:after="0" w:before="0"/>
            </w:pPr>
            <w:r/>
            <w:r>
              <w:rPr>
                <w:rFonts w:ascii="Calibri" w:hAnsi="Calibri" w:eastAsia="Calibri"/>
                <w:b w:val="0"/>
                <w:i w:val="0"/>
                <w:color w:val="1F2937"/>
                <w:sz w:val="18"/>
              </w:rPr>
            </w:r>
          </w:p>
        </w:tc>
        <w:tc>
          <w:tcPr>
            <w:tcW w:type="dxa" w:w="1276"/>
          </w:tcPr>
          <w:p>
            <w:pPr>
              <w:spacing w:after="0" w:before="0"/>
            </w:pPr>
            <w:r/>
            <w:r>
              <w:rPr>
                <w:rFonts w:ascii="Calibri" w:hAnsi="Calibri" w:eastAsia="Calibri"/>
                <w:b w:val="0"/>
                <w:i w:val="0"/>
                <w:color w:val="1F2937"/>
                <w:sz w:val="18"/>
              </w:rPr>
            </w:r>
          </w:p>
        </w:tc>
        <w:tc>
          <w:tcPr>
            <w:tcW w:type="dxa" w:w="1074"/>
          </w:tcPr>
          <w:p>
            <w:pPr>
              <w:spacing w:after="0" w:before="0"/>
            </w:pPr>
            <w:r/>
            <w:r>
              <w:rPr>
                <w:rFonts w:ascii="Calibri" w:hAnsi="Calibri" w:eastAsia="Calibri"/>
                <w:b w:val="0"/>
                <w:i w:val="0"/>
                <w:color w:val="1F2937"/>
                <w:sz w:val="18"/>
              </w:rPr>
            </w:r>
          </w:p>
        </w:tc>
        <w:tc>
          <w:tcPr>
            <w:tcW w:type="dxa" w:w="1141"/>
          </w:tcPr>
          <w:p>
            <w:pPr>
              <w:spacing w:after="0" w:before="0"/>
            </w:pPr>
            <w:r/>
            <w:r>
              <w:rPr>
                <w:rFonts w:ascii="Calibri" w:hAnsi="Calibri" w:eastAsia="Calibri"/>
                <w:b w:val="0"/>
                <w:i w:val="0"/>
                <w:color w:val="1F2937"/>
                <w:sz w:val="18"/>
              </w:rPr>
            </w:r>
          </w:p>
        </w:tc>
      </w:tr>
      <w:tr>
        <w:tc>
          <w:tcPr>
            <w:tcW w:type="dxa" w:w="940"/>
            <w:shd w:val="clear" w:color="auto" w:fill="F7F8FB"/>
          </w:tcPr>
          <w:p>
            <w:pPr>
              <w:spacing w:after="0" w:before="0"/>
            </w:pPr>
            <w:r/>
            <w:r>
              <w:rPr>
                <w:rFonts w:ascii="Calibri" w:hAnsi="Calibri" w:eastAsia="Calibri"/>
                <w:b w:val="0"/>
                <w:i w:val="0"/>
                <w:color w:val="1F2937"/>
                <w:sz w:val="18"/>
              </w:rPr>
            </w:r>
          </w:p>
        </w:tc>
        <w:tc>
          <w:tcPr>
            <w:tcW w:type="dxa" w:w="1208"/>
            <w:shd w:val="clear" w:color="auto" w:fill="F7F8FB"/>
          </w:tcPr>
          <w:p>
            <w:pPr>
              <w:spacing w:after="0" w:before="0"/>
            </w:pPr>
            <w:r/>
            <w:r>
              <w:rPr>
                <w:rFonts w:ascii="Calibri" w:hAnsi="Calibri" w:eastAsia="Calibri"/>
                <w:b w:val="0"/>
                <w:i w:val="0"/>
                <w:color w:val="1F2937"/>
                <w:sz w:val="18"/>
              </w:rPr>
            </w:r>
          </w:p>
        </w:tc>
        <w:tc>
          <w:tcPr>
            <w:tcW w:type="dxa" w:w="2417"/>
            <w:shd w:val="clear" w:color="auto" w:fill="F7F8FB"/>
          </w:tcPr>
          <w:p>
            <w:pPr>
              <w:spacing w:after="0" w:before="0"/>
            </w:pPr>
            <w:r/>
            <w:r>
              <w:rPr>
                <w:rFonts w:ascii="Calibri" w:hAnsi="Calibri" w:eastAsia="Calibri"/>
                <w:b w:val="0"/>
                <w:i w:val="0"/>
                <w:color w:val="1F2937"/>
                <w:sz w:val="18"/>
              </w:rPr>
            </w:r>
          </w:p>
        </w:tc>
        <w:tc>
          <w:tcPr>
            <w:tcW w:type="dxa" w:w="1880"/>
            <w:shd w:val="clear" w:color="auto" w:fill="F7F8FB"/>
          </w:tcPr>
          <w:p>
            <w:pPr>
              <w:spacing w:after="0" w:before="0"/>
            </w:pPr>
            <w:r/>
            <w:r>
              <w:rPr>
                <w:rFonts w:ascii="Calibri" w:hAnsi="Calibri" w:eastAsia="Calibri"/>
                <w:b w:val="0"/>
                <w:i w:val="0"/>
                <w:color w:val="1F2937"/>
                <w:sz w:val="18"/>
              </w:rPr>
            </w:r>
          </w:p>
        </w:tc>
        <w:tc>
          <w:tcPr>
            <w:tcW w:type="dxa" w:w="1276"/>
            <w:shd w:val="clear" w:color="auto" w:fill="F7F8FB"/>
          </w:tcPr>
          <w:p>
            <w:pPr>
              <w:spacing w:after="0" w:before="0"/>
            </w:pPr>
            <w:r/>
            <w:r>
              <w:rPr>
                <w:rFonts w:ascii="Calibri" w:hAnsi="Calibri" w:eastAsia="Calibri"/>
                <w:b w:val="0"/>
                <w:i w:val="0"/>
                <w:color w:val="1F2937"/>
                <w:sz w:val="18"/>
              </w:rPr>
            </w:r>
          </w:p>
        </w:tc>
        <w:tc>
          <w:tcPr>
            <w:tcW w:type="dxa" w:w="1074"/>
            <w:shd w:val="clear" w:color="auto" w:fill="F7F8FB"/>
          </w:tcPr>
          <w:p>
            <w:pPr>
              <w:spacing w:after="0" w:before="0"/>
            </w:pPr>
            <w:r/>
            <w:r>
              <w:rPr>
                <w:rFonts w:ascii="Calibri" w:hAnsi="Calibri" w:eastAsia="Calibri"/>
                <w:b w:val="0"/>
                <w:i w:val="0"/>
                <w:color w:val="1F2937"/>
                <w:sz w:val="18"/>
              </w:rPr>
            </w:r>
          </w:p>
        </w:tc>
        <w:tc>
          <w:tcPr>
            <w:tcW w:type="dxa" w:w="1141"/>
            <w:shd w:val="clear" w:color="auto" w:fill="F7F8FB"/>
          </w:tcPr>
          <w:p>
            <w:pPr>
              <w:spacing w:after="0" w:before="0"/>
            </w:pPr>
            <w:r/>
            <w:r>
              <w:rPr>
                <w:rFonts w:ascii="Calibri" w:hAnsi="Calibri" w:eastAsia="Calibri"/>
                <w:b w:val="0"/>
                <w:i w:val="0"/>
                <w:color w:val="1F2937"/>
                <w:sz w:val="18"/>
              </w:rPr>
            </w:r>
          </w:p>
        </w:tc>
      </w:tr>
      <w:tr>
        <w:tc>
          <w:tcPr>
            <w:tcW w:type="dxa" w:w="940"/>
          </w:tcPr>
          <w:p>
            <w:pPr>
              <w:spacing w:after="0" w:before="0"/>
            </w:pPr>
            <w:r/>
            <w:r>
              <w:rPr>
                <w:rFonts w:ascii="Calibri" w:hAnsi="Calibri" w:eastAsia="Calibri"/>
                <w:b w:val="0"/>
                <w:i w:val="0"/>
                <w:color w:val="1F2937"/>
                <w:sz w:val="18"/>
              </w:rPr>
            </w:r>
          </w:p>
        </w:tc>
        <w:tc>
          <w:tcPr>
            <w:tcW w:type="dxa" w:w="1208"/>
          </w:tcPr>
          <w:p>
            <w:pPr>
              <w:spacing w:after="0" w:before="0"/>
            </w:pPr>
            <w:r/>
            <w:r>
              <w:rPr>
                <w:rFonts w:ascii="Calibri" w:hAnsi="Calibri" w:eastAsia="Calibri"/>
                <w:b w:val="0"/>
                <w:i w:val="0"/>
                <w:color w:val="1F2937"/>
                <w:sz w:val="18"/>
              </w:rPr>
            </w:r>
          </w:p>
        </w:tc>
        <w:tc>
          <w:tcPr>
            <w:tcW w:type="dxa" w:w="2417"/>
          </w:tcPr>
          <w:p>
            <w:pPr>
              <w:spacing w:after="0" w:before="0"/>
            </w:pPr>
            <w:r/>
            <w:r>
              <w:rPr>
                <w:rFonts w:ascii="Calibri" w:hAnsi="Calibri" w:eastAsia="Calibri"/>
                <w:b w:val="0"/>
                <w:i w:val="0"/>
                <w:color w:val="1F2937"/>
                <w:sz w:val="18"/>
              </w:rPr>
            </w:r>
          </w:p>
        </w:tc>
        <w:tc>
          <w:tcPr>
            <w:tcW w:type="dxa" w:w="1880"/>
          </w:tcPr>
          <w:p>
            <w:pPr>
              <w:spacing w:after="0" w:before="0"/>
            </w:pPr>
            <w:r/>
            <w:r>
              <w:rPr>
                <w:rFonts w:ascii="Calibri" w:hAnsi="Calibri" w:eastAsia="Calibri"/>
                <w:b w:val="0"/>
                <w:i w:val="0"/>
                <w:color w:val="1F2937"/>
                <w:sz w:val="18"/>
              </w:rPr>
            </w:r>
          </w:p>
        </w:tc>
        <w:tc>
          <w:tcPr>
            <w:tcW w:type="dxa" w:w="1276"/>
          </w:tcPr>
          <w:p>
            <w:pPr>
              <w:spacing w:after="0" w:before="0"/>
            </w:pPr>
            <w:r/>
            <w:r>
              <w:rPr>
                <w:rFonts w:ascii="Calibri" w:hAnsi="Calibri" w:eastAsia="Calibri"/>
                <w:b w:val="0"/>
                <w:i w:val="0"/>
                <w:color w:val="1F2937"/>
                <w:sz w:val="18"/>
              </w:rPr>
            </w:r>
          </w:p>
        </w:tc>
        <w:tc>
          <w:tcPr>
            <w:tcW w:type="dxa" w:w="1074"/>
          </w:tcPr>
          <w:p>
            <w:pPr>
              <w:spacing w:after="0" w:before="0"/>
            </w:pPr>
            <w:r/>
            <w:r>
              <w:rPr>
                <w:rFonts w:ascii="Calibri" w:hAnsi="Calibri" w:eastAsia="Calibri"/>
                <w:b w:val="0"/>
                <w:i w:val="0"/>
                <w:color w:val="1F2937"/>
                <w:sz w:val="18"/>
              </w:rPr>
            </w:r>
          </w:p>
        </w:tc>
        <w:tc>
          <w:tcPr>
            <w:tcW w:type="dxa" w:w="1141"/>
          </w:tcPr>
          <w:p>
            <w:pPr>
              <w:spacing w:after="0" w:before="0"/>
            </w:pPr>
            <w:r/>
            <w:r>
              <w:rPr>
                <w:rFonts w:ascii="Calibri" w:hAnsi="Calibri" w:eastAsia="Calibri"/>
                <w:b w:val="0"/>
                <w:i w:val="0"/>
                <w:color w:val="1F2937"/>
                <w:sz w:val="18"/>
              </w:rPr>
            </w:r>
          </w:p>
        </w:tc>
      </w:tr>
      <w:tr>
        <w:tc>
          <w:tcPr>
            <w:tcW w:type="dxa" w:w="940"/>
            <w:shd w:val="clear" w:color="auto" w:fill="F7F8FB"/>
          </w:tcPr>
          <w:p>
            <w:pPr>
              <w:spacing w:after="0" w:before="0"/>
            </w:pPr>
            <w:r/>
            <w:r>
              <w:rPr>
                <w:rFonts w:ascii="Calibri" w:hAnsi="Calibri" w:eastAsia="Calibri"/>
                <w:b w:val="0"/>
                <w:i w:val="0"/>
                <w:color w:val="1F2937"/>
                <w:sz w:val="18"/>
              </w:rPr>
            </w:r>
          </w:p>
        </w:tc>
        <w:tc>
          <w:tcPr>
            <w:tcW w:type="dxa" w:w="1208"/>
            <w:shd w:val="clear" w:color="auto" w:fill="F7F8FB"/>
          </w:tcPr>
          <w:p>
            <w:pPr>
              <w:spacing w:after="0" w:before="0"/>
            </w:pPr>
            <w:r/>
            <w:r>
              <w:rPr>
                <w:rFonts w:ascii="Calibri" w:hAnsi="Calibri" w:eastAsia="Calibri"/>
                <w:b w:val="0"/>
                <w:i w:val="0"/>
                <w:color w:val="1F2937"/>
                <w:sz w:val="18"/>
              </w:rPr>
            </w:r>
          </w:p>
        </w:tc>
        <w:tc>
          <w:tcPr>
            <w:tcW w:type="dxa" w:w="2417"/>
            <w:shd w:val="clear" w:color="auto" w:fill="F7F8FB"/>
          </w:tcPr>
          <w:p>
            <w:pPr>
              <w:spacing w:after="0" w:before="0"/>
            </w:pPr>
            <w:r/>
            <w:r>
              <w:rPr>
                <w:rFonts w:ascii="Calibri" w:hAnsi="Calibri" w:eastAsia="Calibri"/>
                <w:b w:val="0"/>
                <w:i w:val="0"/>
                <w:color w:val="1F2937"/>
                <w:sz w:val="18"/>
              </w:rPr>
            </w:r>
          </w:p>
        </w:tc>
        <w:tc>
          <w:tcPr>
            <w:tcW w:type="dxa" w:w="1880"/>
            <w:shd w:val="clear" w:color="auto" w:fill="F7F8FB"/>
          </w:tcPr>
          <w:p>
            <w:pPr>
              <w:spacing w:after="0" w:before="0"/>
            </w:pPr>
            <w:r/>
            <w:r>
              <w:rPr>
                <w:rFonts w:ascii="Calibri" w:hAnsi="Calibri" w:eastAsia="Calibri"/>
                <w:b w:val="0"/>
                <w:i w:val="0"/>
                <w:color w:val="1F2937"/>
                <w:sz w:val="18"/>
              </w:rPr>
            </w:r>
          </w:p>
        </w:tc>
        <w:tc>
          <w:tcPr>
            <w:tcW w:type="dxa" w:w="1276"/>
            <w:shd w:val="clear" w:color="auto" w:fill="F7F8FB"/>
          </w:tcPr>
          <w:p>
            <w:pPr>
              <w:spacing w:after="0" w:before="0"/>
            </w:pPr>
            <w:r/>
            <w:r>
              <w:rPr>
                <w:rFonts w:ascii="Calibri" w:hAnsi="Calibri" w:eastAsia="Calibri"/>
                <w:b w:val="0"/>
                <w:i w:val="0"/>
                <w:color w:val="1F2937"/>
                <w:sz w:val="18"/>
              </w:rPr>
            </w:r>
          </w:p>
        </w:tc>
        <w:tc>
          <w:tcPr>
            <w:tcW w:type="dxa" w:w="1074"/>
            <w:shd w:val="clear" w:color="auto" w:fill="F7F8FB"/>
          </w:tcPr>
          <w:p>
            <w:pPr>
              <w:spacing w:after="0" w:before="0"/>
            </w:pPr>
            <w:r/>
            <w:r>
              <w:rPr>
                <w:rFonts w:ascii="Calibri" w:hAnsi="Calibri" w:eastAsia="Calibri"/>
                <w:b w:val="0"/>
                <w:i w:val="0"/>
                <w:color w:val="1F2937"/>
                <w:sz w:val="18"/>
              </w:rPr>
            </w:r>
          </w:p>
        </w:tc>
        <w:tc>
          <w:tcPr>
            <w:tcW w:type="dxa" w:w="1141"/>
            <w:shd w:val="clear" w:color="auto" w:fill="F7F8FB"/>
          </w:tcPr>
          <w:p>
            <w:pPr>
              <w:spacing w:after="0" w:before="0"/>
            </w:pPr>
            <w:r/>
            <w:r>
              <w:rPr>
                <w:rFonts w:ascii="Calibri" w:hAnsi="Calibri" w:eastAsia="Calibri"/>
                <w:b w:val="0"/>
                <w:i w:val="0"/>
                <w:color w:val="1F2937"/>
                <w:sz w:val="18"/>
              </w:rPr>
            </w:r>
          </w:p>
        </w:tc>
      </w:tr>
      <w:tr>
        <w:tc>
          <w:tcPr>
            <w:tcW w:type="dxa" w:w="940"/>
          </w:tcPr>
          <w:p>
            <w:pPr>
              <w:spacing w:after="0" w:before="0"/>
            </w:pPr>
            <w:r/>
            <w:r>
              <w:rPr>
                <w:rFonts w:ascii="Calibri" w:hAnsi="Calibri" w:eastAsia="Calibri"/>
                <w:b w:val="0"/>
                <w:i w:val="0"/>
                <w:color w:val="1F2937"/>
                <w:sz w:val="18"/>
              </w:rPr>
            </w:r>
          </w:p>
        </w:tc>
        <w:tc>
          <w:tcPr>
            <w:tcW w:type="dxa" w:w="1208"/>
          </w:tcPr>
          <w:p>
            <w:pPr>
              <w:spacing w:after="0" w:before="0"/>
            </w:pPr>
            <w:r/>
            <w:r>
              <w:rPr>
                <w:rFonts w:ascii="Calibri" w:hAnsi="Calibri" w:eastAsia="Calibri"/>
                <w:b w:val="0"/>
                <w:i w:val="0"/>
                <w:color w:val="1F2937"/>
                <w:sz w:val="18"/>
              </w:rPr>
            </w:r>
          </w:p>
        </w:tc>
        <w:tc>
          <w:tcPr>
            <w:tcW w:type="dxa" w:w="2417"/>
          </w:tcPr>
          <w:p>
            <w:pPr>
              <w:spacing w:after="0" w:before="0"/>
            </w:pPr>
            <w:r/>
            <w:r>
              <w:rPr>
                <w:rFonts w:ascii="Calibri" w:hAnsi="Calibri" w:eastAsia="Calibri"/>
                <w:b w:val="0"/>
                <w:i w:val="0"/>
                <w:color w:val="1F2937"/>
                <w:sz w:val="18"/>
              </w:rPr>
            </w:r>
          </w:p>
        </w:tc>
        <w:tc>
          <w:tcPr>
            <w:tcW w:type="dxa" w:w="1880"/>
          </w:tcPr>
          <w:p>
            <w:pPr>
              <w:spacing w:after="0" w:before="0"/>
            </w:pPr>
            <w:r/>
            <w:r>
              <w:rPr>
                <w:rFonts w:ascii="Calibri" w:hAnsi="Calibri" w:eastAsia="Calibri"/>
                <w:b w:val="0"/>
                <w:i w:val="0"/>
                <w:color w:val="1F2937"/>
                <w:sz w:val="18"/>
              </w:rPr>
            </w:r>
          </w:p>
        </w:tc>
        <w:tc>
          <w:tcPr>
            <w:tcW w:type="dxa" w:w="1276"/>
          </w:tcPr>
          <w:p>
            <w:pPr>
              <w:spacing w:after="0" w:before="0"/>
            </w:pPr>
            <w:r/>
            <w:r>
              <w:rPr>
                <w:rFonts w:ascii="Calibri" w:hAnsi="Calibri" w:eastAsia="Calibri"/>
                <w:b w:val="0"/>
                <w:i w:val="0"/>
                <w:color w:val="1F2937"/>
                <w:sz w:val="18"/>
              </w:rPr>
            </w:r>
          </w:p>
        </w:tc>
        <w:tc>
          <w:tcPr>
            <w:tcW w:type="dxa" w:w="1074"/>
          </w:tcPr>
          <w:p>
            <w:pPr>
              <w:spacing w:after="0" w:before="0"/>
            </w:pPr>
            <w:r/>
            <w:r>
              <w:rPr>
                <w:rFonts w:ascii="Calibri" w:hAnsi="Calibri" w:eastAsia="Calibri"/>
                <w:b w:val="0"/>
                <w:i w:val="0"/>
                <w:color w:val="1F2937"/>
                <w:sz w:val="18"/>
              </w:rPr>
            </w:r>
          </w:p>
        </w:tc>
        <w:tc>
          <w:tcPr>
            <w:tcW w:type="dxa" w:w="1141"/>
          </w:tcPr>
          <w:p>
            <w:pPr>
              <w:spacing w:after="0" w:before="0"/>
            </w:pPr>
            <w:r/>
            <w:r>
              <w:rPr>
                <w:rFonts w:ascii="Calibri" w:hAnsi="Calibri" w:eastAsia="Calibri"/>
                <w:b w:val="0"/>
                <w:i w:val="0"/>
                <w:color w:val="1F2937"/>
                <w:sz w:val="18"/>
              </w:rPr>
            </w:r>
          </w:p>
        </w:tc>
      </w:tr>
      <w:tr>
        <w:tc>
          <w:tcPr>
            <w:tcW w:type="dxa" w:w="940"/>
            <w:shd w:val="clear" w:color="auto" w:fill="F7F8FB"/>
          </w:tcPr>
          <w:p>
            <w:pPr>
              <w:spacing w:after="0" w:before="0"/>
            </w:pPr>
            <w:r/>
            <w:r>
              <w:rPr>
                <w:rFonts w:ascii="Calibri" w:hAnsi="Calibri" w:eastAsia="Calibri"/>
                <w:b w:val="0"/>
                <w:i w:val="0"/>
                <w:color w:val="1F2937"/>
                <w:sz w:val="18"/>
              </w:rPr>
            </w:r>
          </w:p>
        </w:tc>
        <w:tc>
          <w:tcPr>
            <w:tcW w:type="dxa" w:w="1208"/>
            <w:shd w:val="clear" w:color="auto" w:fill="F7F8FB"/>
          </w:tcPr>
          <w:p>
            <w:pPr>
              <w:spacing w:after="0" w:before="0"/>
            </w:pPr>
            <w:r/>
            <w:r>
              <w:rPr>
                <w:rFonts w:ascii="Calibri" w:hAnsi="Calibri" w:eastAsia="Calibri"/>
                <w:b w:val="0"/>
                <w:i w:val="0"/>
                <w:color w:val="1F2937"/>
                <w:sz w:val="18"/>
              </w:rPr>
            </w:r>
          </w:p>
        </w:tc>
        <w:tc>
          <w:tcPr>
            <w:tcW w:type="dxa" w:w="2417"/>
            <w:shd w:val="clear" w:color="auto" w:fill="F7F8FB"/>
          </w:tcPr>
          <w:p>
            <w:pPr>
              <w:spacing w:after="0" w:before="0"/>
            </w:pPr>
            <w:r/>
            <w:r>
              <w:rPr>
                <w:rFonts w:ascii="Calibri" w:hAnsi="Calibri" w:eastAsia="Calibri"/>
                <w:b w:val="0"/>
                <w:i w:val="0"/>
                <w:color w:val="1F2937"/>
                <w:sz w:val="18"/>
              </w:rPr>
            </w:r>
          </w:p>
        </w:tc>
        <w:tc>
          <w:tcPr>
            <w:tcW w:type="dxa" w:w="1880"/>
            <w:shd w:val="clear" w:color="auto" w:fill="F7F8FB"/>
          </w:tcPr>
          <w:p>
            <w:pPr>
              <w:spacing w:after="0" w:before="0"/>
            </w:pPr>
            <w:r/>
            <w:r>
              <w:rPr>
                <w:rFonts w:ascii="Calibri" w:hAnsi="Calibri" w:eastAsia="Calibri"/>
                <w:b w:val="0"/>
                <w:i w:val="0"/>
                <w:color w:val="1F2937"/>
                <w:sz w:val="18"/>
              </w:rPr>
            </w:r>
          </w:p>
        </w:tc>
        <w:tc>
          <w:tcPr>
            <w:tcW w:type="dxa" w:w="1276"/>
            <w:shd w:val="clear" w:color="auto" w:fill="F7F8FB"/>
          </w:tcPr>
          <w:p>
            <w:pPr>
              <w:spacing w:after="0" w:before="0"/>
            </w:pPr>
            <w:r/>
            <w:r>
              <w:rPr>
                <w:rFonts w:ascii="Calibri" w:hAnsi="Calibri" w:eastAsia="Calibri"/>
                <w:b w:val="0"/>
                <w:i w:val="0"/>
                <w:color w:val="1F2937"/>
                <w:sz w:val="18"/>
              </w:rPr>
            </w:r>
          </w:p>
        </w:tc>
        <w:tc>
          <w:tcPr>
            <w:tcW w:type="dxa" w:w="1074"/>
            <w:shd w:val="clear" w:color="auto" w:fill="F7F8FB"/>
          </w:tcPr>
          <w:p>
            <w:pPr>
              <w:spacing w:after="0" w:before="0"/>
            </w:pPr>
            <w:r/>
            <w:r>
              <w:rPr>
                <w:rFonts w:ascii="Calibri" w:hAnsi="Calibri" w:eastAsia="Calibri"/>
                <w:b w:val="0"/>
                <w:i w:val="0"/>
                <w:color w:val="1F2937"/>
                <w:sz w:val="18"/>
              </w:rPr>
            </w:r>
          </w:p>
        </w:tc>
        <w:tc>
          <w:tcPr>
            <w:tcW w:type="dxa" w:w="1141"/>
            <w:shd w:val="clear" w:color="auto" w:fill="F7F8FB"/>
          </w:tcPr>
          <w:p>
            <w:pPr>
              <w:spacing w:after="0" w:before="0"/>
            </w:pPr>
            <w:r/>
            <w:r>
              <w:rPr>
                <w:rFonts w:ascii="Calibri" w:hAnsi="Calibri" w:eastAsia="Calibri"/>
                <w:b w:val="0"/>
                <w:i w:val="0"/>
                <w:color w:val="1F2937"/>
                <w:sz w:val="18"/>
              </w:rPr>
            </w:r>
          </w:p>
        </w:tc>
      </w:tr>
      <w:tr>
        <w:tc>
          <w:tcPr>
            <w:tcW w:type="dxa" w:w="940"/>
          </w:tcPr>
          <w:p>
            <w:pPr>
              <w:spacing w:after="0" w:before="0"/>
            </w:pPr>
            <w:r/>
            <w:r>
              <w:rPr>
                <w:rFonts w:ascii="Calibri" w:hAnsi="Calibri" w:eastAsia="Calibri"/>
                <w:b w:val="0"/>
                <w:i w:val="0"/>
                <w:color w:val="1F2937"/>
                <w:sz w:val="18"/>
              </w:rPr>
            </w:r>
          </w:p>
        </w:tc>
        <w:tc>
          <w:tcPr>
            <w:tcW w:type="dxa" w:w="1208"/>
          </w:tcPr>
          <w:p>
            <w:pPr>
              <w:spacing w:after="0" w:before="0"/>
            </w:pPr>
            <w:r/>
            <w:r>
              <w:rPr>
                <w:rFonts w:ascii="Calibri" w:hAnsi="Calibri" w:eastAsia="Calibri"/>
                <w:b w:val="0"/>
                <w:i w:val="0"/>
                <w:color w:val="1F2937"/>
                <w:sz w:val="18"/>
              </w:rPr>
            </w:r>
          </w:p>
        </w:tc>
        <w:tc>
          <w:tcPr>
            <w:tcW w:type="dxa" w:w="2417"/>
          </w:tcPr>
          <w:p>
            <w:pPr>
              <w:spacing w:after="0" w:before="0"/>
            </w:pPr>
            <w:r/>
            <w:r>
              <w:rPr>
                <w:rFonts w:ascii="Calibri" w:hAnsi="Calibri" w:eastAsia="Calibri"/>
                <w:b w:val="0"/>
                <w:i w:val="0"/>
                <w:color w:val="1F2937"/>
                <w:sz w:val="18"/>
              </w:rPr>
            </w:r>
          </w:p>
        </w:tc>
        <w:tc>
          <w:tcPr>
            <w:tcW w:type="dxa" w:w="1880"/>
          </w:tcPr>
          <w:p>
            <w:pPr>
              <w:spacing w:after="0" w:before="0"/>
            </w:pPr>
            <w:r/>
            <w:r>
              <w:rPr>
                <w:rFonts w:ascii="Calibri" w:hAnsi="Calibri" w:eastAsia="Calibri"/>
                <w:b w:val="0"/>
                <w:i w:val="0"/>
                <w:color w:val="1F2937"/>
                <w:sz w:val="18"/>
              </w:rPr>
            </w:r>
          </w:p>
        </w:tc>
        <w:tc>
          <w:tcPr>
            <w:tcW w:type="dxa" w:w="1276"/>
          </w:tcPr>
          <w:p>
            <w:pPr>
              <w:spacing w:after="0" w:before="0"/>
            </w:pPr>
            <w:r/>
            <w:r>
              <w:rPr>
                <w:rFonts w:ascii="Calibri" w:hAnsi="Calibri" w:eastAsia="Calibri"/>
                <w:b w:val="0"/>
                <w:i w:val="0"/>
                <w:color w:val="1F2937"/>
                <w:sz w:val="18"/>
              </w:rPr>
            </w:r>
          </w:p>
        </w:tc>
        <w:tc>
          <w:tcPr>
            <w:tcW w:type="dxa" w:w="1074"/>
          </w:tcPr>
          <w:p>
            <w:pPr>
              <w:spacing w:after="0" w:before="0"/>
            </w:pPr>
            <w:r/>
            <w:r>
              <w:rPr>
                <w:rFonts w:ascii="Calibri" w:hAnsi="Calibri" w:eastAsia="Calibri"/>
                <w:b w:val="0"/>
                <w:i w:val="0"/>
                <w:color w:val="1F2937"/>
                <w:sz w:val="18"/>
              </w:rPr>
            </w:r>
          </w:p>
        </w:tc>
        <w:tc>
          <w:tcPr>
            <w:tcW w:type="dxa" w:w="1141"/>
          </w:tcPr>
          <w:p>
            <w:pPr>
              <w:spacing w:after="0" w:before="0"/>
            </w:pPr>
            <w:r/>
            <w:r>
              <w:rPr>
                <w:rFonts w:ascii="Calibri" w:hAnsi="Calibri" w:eastAsia="Calibri"/>
                <w:b w:val="0"/>
                <w:i w:val="0"/>
                <w:color w:val="1F2937"/>
                <w:sz w:val="18"/>
              </w:rPr>
            </w:r>
          </w:p>
        </w:tc>
      </w:tr>
      <w:tr>
        <w:tc>
          <w:tcPr>
            <w:tcW w:type="dxa" w:w="940"/>
            <w:shd w:val="clear" w:color="auto" w:fill="EEF1F7"/>
          </w:tcPr>
          <w:p>
            <w:pPr>
              <w:spacing w:after="0" w:before="0"/>
            </w:pPr>
            <w:r/>
            <w:r>
              <w:rPr>
                <w:rFonts w:ascii="Calibri" w:hAnsi="Calibri" w:eastAsia="Calibri"/>
                <w:b/>
                <w:i w:val="0"/>
                <w:color w:val="0A1B3D"/>
                <w:sz w:val="18"/>
              </w:rPr>
            </w:r>
          </w:p>
        </w:tc>
        <w:tc>
          <w:tcPr>
            <w:tcW w:type="dxa" w:w="1208"/>
            <w:shd w:val="clear" w:color="auto" w:fill="EEF1F7"/>
          </w:tcPr>
          <w:p>
            <w:pPr>
              <w:spacing w:after="0" w:before="0"/>
              <w:jc w:val="right"/>
            </w:pPr>
            <w:r/>
            <w:r>
              <w:rPr>
                <w:rFonts w:ascii="Calibri" w:hAnsi="Calibri" w:eastAsia="Calibri"/>
                <w:b/>
                <w:i w:val="0"/>
                <w:color w:val="0A1B3D"/>
                <w:sz w:val="18"/>
              </w:rPr>
            </w:r>
          </w:p>
        </w:tc>
        <w:tc>
          <w:tcPr>
            <w:tcW w:type="dxa" w:w="2417"/>
            <w:shd w:val="clear" w:color="auto" w:fill="EEF1F7"/>
          </w:tcPr>
          <w:p>
            <w:pPr>
              <w:spacing w:after="0" w:before="0"/>
              <w:jc w:val="right"/>
            </w:pPr>
            <w:r/>
            <w:r>
              <w:rPr>
                <w:rFonts w:ascii="Calibri" w:hAnsi="Calibri" w:eastAsia="Calibri"/>
                <w:b/>
                <w:i w:val="0"/>
                <w:color w:val="0A1B3D"/>
                <w:sz w:val="18"/>
              </w:rPr>
            </w:r>
          </w:p>
        </w:tc>
        <w:tc>
          <w:tcPr>
            <w:tcW w:type="dxa" w:w="1880"/>
            <w:shd w:val="clear" w:color="auto" w:fill="EEF1F7"/>
          </w:tcPr>
          <w:p>
            <w:pPr>
              <w:spacing w:after="0" w:before="0"/>
              <w:jc w:val="right"/>
            </w:pPr>
            <w:r/>
            <w:r>
              <w:rPr>
                <w:rFonts w:ascii="Calibri" w:hAnsi="Calibri" w:eastAsia="Calibri"/>
                <w:b/>
                <w:i w:val="0"/>
                <w:color w:val="0A1B3D"/>
                <w:sz w:val="18"/>
              </w:rPr>
              <w:t>Totals</w:t>
            </w:r>
          </w:p>
        </w:tc>
        <w:tc>
          <w:tcPr>
            <w:tcW w:type="dxa" w:w="1276"/>
            <w:shd w:val="clear" w:color="auto" w:fill="EEF1F7"/>
          </w:tcPr>
          <w:p>
            <w:pPr>
              <w:spacing w:after="0" w:before="0"/>
              <w:jc w:val="right"/>
            </w:pPr>
            <w:r/>
            <w:r>
              <w:rPr>
                <w:rFonts w:ascii="Calibri" w:hAnsi="Calibri" w:eastAsia="Calibri"/>
                <w:b/>
                <w:i w:val="0"/>
                <w:color w:val="0A1B3D"/>
                <w:sz w:val="18"/>
              </w:rPr>
            </w:r>
          </w:p>
        </w:tc>
        <w:tc>
          <w:tcPr>
            <w:tcW w:type="dxa" w:w="1074"/>
            <w:shd w:val="clear" w:color="auto" w:fill="EEF1F7"/>
          </w:tcPr>
          <w:p>
            <w:pPr>
              <w:spacing w:after="0" w:before="0"/>
              <w:jc w:val="right"/>
            </w:pPr>
            <w:r/>
            <w:r>
              <w:rPr>
                <w:rFonts w:ascii="Calibri" w:hAnsi="Calibri" w:eastAsia="Calibri"/>
                <w:b/>
                <w:i w:val="0"/>
                <w:color w:val="0A1B3D"/>
                <w:sz w:val="18"/>
              </w:rPr>
            </w:r>
          </w:p>
        </w:tc>
        <w:tc>
          <w:tcPr>
            <w:tcW w:type="dxa" w:w="1141"/>
            <w:shd w:val="clear" w:color="auto" w:fill="EEF1F7"/>
          </w:tcPr>
          <w:p>
            <w:pPr>
              <w:spacing w:after="0" w:before="0"/>
              <w:jc w:val="right"/>
            </w:pPr>
            <w:r/>
            <w:r>
              <w:rPr>
                <w:rFonts w:ascii="Calibri" w:hAnsi="Calibri" w:eastAsia="Calibri"/>
                <w:b/>
                <w:i w:val="0"/>
                <w:color w:val="0A1B3D"/>
                <w:sz w:val="18"/>
              </w:rPr>
            </w:r>
          </w:p>
        </w:tc>
      </w:tr>
    </w:tbl>
    <w:p>
      <w:pPr>
        <w:spacing w:after="40" w:before="0" w:line="264" w:lineRule="auto"/>
      </w:pPr>
    </w:p>
    <w:p>
      <w:pPr>
        <w:keepNext/>
        <w:spacing w:after="60" w:before="160" w:line="264" w:lineRule="auto"/>
      </w:pPr>
      <w:r>
        <w:rPr>
          <w:rFonts w:ascii="Calibri" w:hAnsi="Calibri" w:eastAsia="Calibri"/>
          <w:b/>
          <w:i w:val="0"/>
          <w:color w:val="0A1B3D"/>
          <w:sz w:val="23"/>
        </w:rPr>
        <w:t>Summary</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6336"/>
        <w:gridCol w:w="3600"/>
      </w:tblGrid>
      <w:tr>
        <w:tc>
          <w:tcPr>
            <w:tcW w:type="dxa" w:w="6336"/>
            <w:shd w:val="clear" w:color="auto" w:fill="EEF1F7"/>
          </w:tcPr>
          <w:p>
            <w:pPr>
              <w:spacing w:after="0" w:before="0"/>
            </w:pPr>
            <w:r/>
            <w:r>
              <w:rPr>
                <w:rFonts w:ascii="Calibri" w:hAnsi="Calibri" w:eastAsia="Calibri"/>
                <w:b/>
                <w:i w:val="0"/>
                <w:color w:val="0A1B3D"/>
                <w:sz w:val="18"/>
              </w:rPr>
              <w:t>Total gross revenue on dispatched loads</w:t>
            </w:r>
          </w:p>
        </w:tc>
        <w:tc>
          <w:tcPr>
            <w:tcW w:type="dxa" w:w="3600"/>
          </w:tcPr>
          <w:p>
            <w:pPr>
              <w:spacing w:after="0" w:before="0"/>
            </w:pPr>
            <w:r/>
            <w:r>
              <w:rPr>
                <w:rFonts w:ascii="Calibri" w:hAnsi="Calibri" w:eastAsia="Calibri"/>
                <w:b w:val="0"/>
                <w:i w:val="0"/>
                <w:color w:val="1F2937"/>
                <w:sz w:val="19"/>
              </w:rPr>
            </w:r>
          </w:p>
        </w:tc>
      </w:tr>
      <w:tr>
        <w:tc>
          <w:tcPr>
            <w:tcW w:type="dxa" w:w="6336"/>
            <w:shd w:val="clear" w:color="auto" w:fill="EEF1F7"/>
          </w:tcPr>
          <w:p>
            <w:pPr>
              <w:spacing w:after="0" w:before="0"/>
            </w:pPr>
            <w:r/>
            <w:r>
              <w:rPr>
                <w:rFonts w:ascii="Calibri" w:hAnsi="Calibri" w:eastAsia="Calibri"/>
                <w:b/>
                <w:i w:val="0"/>
                <w:color w:val="0A1B3D"/>
                <w:sz w:val="18"/>
              </w:rPr>
              <w:t>Dispatch fee ( % of gross  OR  flat weekly fee )</w:t>
            </w:r>
          </w:p>
        </w:tc>
        <w:tc>
          <w:tcPr>
            <w:tcW w:type="dxa" w:w="3600"/>
          </w:tcPr>
          <w:p>
            <w:pPr>
              <w:spacing w:after="0" w:before="0"/>
            </w:pPr>
            <w:r/>
            <w:r>
              <w:rPr>
                <w:rFonts w:ascii="Calibri" w:hAnsi="Calibri" w:eastAsia="Calibri"/>
                <w:b w:val="0"/>
                <w:i w:val="0"/>
                <w:color w:val="1F2937"/>
                <w:sz w:val="19"/>
              </w:rPr>
            </w:r>
          </w:p>
        </w:tc>
      </w:tr>
      <w:tr>
        <w:tc>
          <w:tcPr>
            <w:tcW w:type="dxa" w:w="6336"/>
            <w:shd w:val="clear" w:color="auto" w:fill="EEF1F7"/>
          </w:tcPr>
          <w:p>
            <w:pPr>
              <w:spacing w:after="0" w:before="0"/>
            </w:pPr>
            <w:r/>
            <w:r>
              <w:rPr>
                <w:rFonts w:ascii="Calibri" w:hAnsi="Calibri" w:eastAsia="Calibri"/>
                <w:b/>
                <w:i w:val="0"/>
                <w:color w:val="0A1B3D"/>
                <w:sz w:val="18"/>
              </w:rPr>
              <w:t>Less: credits or adjustments</w:t>
            </w:r>
          </w:p>
        </w:tc>
        <w:tc>
          <w:tcPr>
            <w:tcW w:type="dxa" w:w="3600"/>
          </w:tcPr>
          <w:p>
            <w:pPr>
              <w:spacing w:after="0" w:before="0"/>
            </w:pPr>
            <w:r/>
            <w:r>
              <w:rPr>
                <w:rFonts w:ascii="Calibri" w:hAnsi="Calibri" w:eastAsia="Calibri"/>
                <w:b w:val="0"/>
                <w:i w:val="0"/>
                <w:color w:val="1F2937"/>
                <w:sz w:val="19"/>
              </w:rPr>
            </w:r>
          </w:p>
        </w:tc>
      </w:tr>
      <w:tr>
        <w:tc>
          <w:tcPr>
            <w:tcW w:type="dxa" w:w="6336"/>
            <w:shd w:val="clear" w:color="auto" w:fill="EEF1F7"/>
          </w:tcPr>
          <w:p>
            <w:pPr>
              <w:spacing w:after="0" w:before="0"/>
            </w:pPr>
            <w:r/>
            <w:r>
              <w:rPr>
                <w:rFonts w:ascii="Calibri" w:hAnsi="Calibri" w:eastAsia="Calibri"/>
                <w:b/>
                <w:i w:val="0"/>
                <w:color w:val="0A1B3D"/>
                <w:sz w:val="18"/>
              </w:rPr>
              <w:t>Plus: approved reimbursable costs (software, fees, etc.)</w:t>
            </w:r>
          </w:p>
        </w:tc>
        <w:tc>
          <w:tcPr>
            <w:tcW w:type="dxa" w:w="3600"/>
          </w:tcPr>
          <w:p>
            <w:pPr>
              <w:spacing w:after="0" w:before="0"/>
            </w:pPr>
            <w:r/>
            <w:r>
              <w:rPr>
                <w:rFonts w:ascii="Calibri" w:hAnsi="Calibri" w:eastAsia="Calibri"/>
                <w:b w:val="0"/>
                <w:i w:val="0"/>
                <w:color w:val="1F2937"/>
                <w:sz w:val="19"/>
              </w:rPr>
            </w:r>
          </w:p>
        </w:tc>
      </w:tr>
      <w:tr>
        <w:tc>
          <w:tcPr>
            <w:tcW w:type="dxa" w:w="6336"/>
            <w:shd w:val="clear" w:color="auto" w:fill="EEF1F7"/>
          </w:tcPr>
          <w:p>
            <w:pPr>
              <w:spacing w:after="0" w:before="0"/>
            </w:pPr>
            <w:r/>
            <w:r>
              <w:rPr>
                <w:rFonts w:ascii="Calibri" w:hAnsi="Calibri" w:eastAsia="Calibri"/>
                <w:b/>
                <w:i w:val="0"/>
                <w:color w:val="0A1B3D"/>
                <w:sz w:val="18"/>
              </w:rPr>
              <w:t>TOTAL DUE ($)</w:t>
            </w:r>
          </w:p>
        </w:tc>
        <w:tc>
          <w:tcPr>
            <w:tcW w:type="dxa" w:w="360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How to pay</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160"/>
        <w:gridCol w:w="7776"/>
      </w:tblGrid>
      <w:tr>
        <w:tc>
          <w:tcPr>
            <w:tcW w:type="dxa" w:w="2160"/>
            <w:shd w:val="clear" w:color="auto" w:fill="EEF1F7"/>
          </w:tcPr>
          <w:p>
            <w:pPr>
              <w:spacing w:after="0" w:before="0"/>
            </w:pPr>
            <w:r/>
            <w:r>
              <w:rPr>
                <w:rFonts w:ascii="Calibri" w:hAnsi="Calibri" w:eastAsia="Calibri"/>
                <w:b/>
                <w:i w:val="0"/>
                <w:color w:val="0A1B3D"/>
                <w:sz w:val="18"/>
              </w:rPr>
              <w:t>Pay by</w:t>
            </w:r>
          </w:p>
        </w:tc>
        <w:tc>
          <w:tcPr>
            <w:tcW w:type="dxa" w:w="7776"/>
          </w:tcPr>
          <w:p>
            <w:pPr>
              <w:spacing w:after="0" w:before="0"/>
            </w:pPr>
            <w:r/>
            <w:r>
              <w:rPr>
                <w:rFonts w:ascii="Calibri" w:hAnsi="Calibri" w:eastAsia="Calibri"/>
                <w:b w:val="0"/>
                <w:i w:val="0"/>
                <w:color w:val="1F2937"/>
                <w:sz w:val="19"/>
              </w:rPr>
            </w:r>
          </w:p>
        </w:tc>
      </w:tr>
      <w:tr>
        <w:tc>
          <w:tcPr>
            <w:tcW w:type="dxa" w:w="2160"/>
            <w:shd w:val="clear" w:color="auto" w:fill="EEF1F7"/>
          </w:tcPr>
          <w:p>
            <w:pPr>
              <w:spacing w:after="0" w:before="0"/>
            </w:pPr>
            <w:r/>
            <w:r>
              <w:rPr>
                <w:rFonts w:ascii="Calibri" w:hAnsi="Calibri" w:eastAsia="Calibri"/>
                <w:b/>
                <w:i w:val="0"/>
                <w:color w:val="0A1B3D"/>
                <w:sz w:val="18"/>
              </w:rPr>
              <w:t>Account / reference</w:t>
            </w:r>
          </w:p>
        </w:tc>
        <w:tc>
          <w:tcPr>
            <w:tcW w:type="dxa" w:w="7776"/>
          </w:tcPr>
          <w:p>
            <w:pPr>
              <w:spacing w:after="0" w:before="0"/>
            </w:pPr>
            <w:r/>
            <w:r>
              <w:rPr>
                <w:rFonts w:ascii="Calibri" w:hAnsi="Calibri" w:eastAsia="Calibri"/>
                <w:b w:val="0"/>
                <w:i w:val="0"/>
                <w:color w:val="1F2937"/>
                <w:sz w:val="19"/>
              </w:rPr>
            </w:r>
          </w:p>
        </w:tc>
      </w:tr>
      <w:tr>
        <w:tc>
          <w:tcPr>
            <w:tcW w:type="dxa" w:w="2160"/>
            <w:shd w:val="clear" w:color="auto" w:fill="EEF1F7"/>
          </w:tcPr>
          <w:p>
            <w:pPr>
              <w:spacing w:after="0" w:before="0"/>
            </w:pPr>
            <w:r/>
            <w:r>
              <w:rPr>
                <w:rFonts w:ascii="Calibri" w:hAnsi="Calibri" w:eastAsia="Calibri"/>
                <w:b/>
                <w:i w:val="0"/>
                <w:color w:val="0A1B3D"/>
                <w:sz w:val="18"/>
              </w:rPr>
              <w:t>Late payment</w:t>
            </w:r>
          </w:p>
        </w:tc>
        <w:tc>
          <w:tcPr>
            <w:tcW w:type="dxa" w:w="7776"/>
          </w:tcPr>
          <w:p>
            <w:pPr>
              <w:spacing w:after="0" w:before="0"/>
            </w:pPr>
            <w:r/>
            <w:r>
              <w:rPr>
                <w:rFonts w:ascii="Calibri" w:hAnsi="Calibri" w:eastAsia="Calibri"/>
                <w:b w:val="0"/>
                <w:i w:val="0"/>
                <w:color w:val="1F2937"/>
                <w:sz w:val="19"/>
              </w:rPr>
            </w:r>
          </w:p>
        </w:tc>
      </w:tr>
    </w:tbl>
    <w:p>
      <w:pPr>
        <w:spacing w:after="40" w:before="0" w:line="264" w:lineRule="auto"/>
      </w:pP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Type straight into the boxes and delete this note before sending. State the fee exactly as written in your signed dispatch agreement. Percentage fees are charged on the carrier's gross for loads you booked; flat fees are charged per week or per truck. Attach the rate confirmations if the carrier asks for them.</w:t>
            </w:r>
          </w:p>
        </w:tc>
      </w:tr>
    </w:tbl>
    <w:p>
      <w:pPr>
        <w:spacing w:after="40" w:before="0" w:line="264" w:lineRule="auto"/>
      </w:pPr>
    </w:p>
    <w:p>
      <w:pPr>
        <w:spacing w:after="80" w:before="0" w:line="264" w:lineRule="auto"/>
      </w:pPr>
      <w:r>
        <w:rPr>
          <w:rFonts w:ascii="Calibri" w:hAnsi="Calibri" w:eastAsia="Calibri"/>
          <w:b w:val="0"/>
          <w:i/>
          <w:color w:val="6B7280"/>
          <w:sz w:val="20"/>
        </w:rPr>
        <w:t>Thank you for your business.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B7280"/>
        <w:sz w:val="15"/>
      </w:rPr>
      <w:t>Truck Dispatching USA - free dispatcher toolkit - truckdispatchingusa.com/dispatcher-toolkit.html. General information and sample wording only; not legal, tax or financial advice. Have a qualified attorney or accountant review before you rely on it.</w:t>
    </w:r>
  </w:p>
  <w:p>
    <w:pPr>
      <w:jc w:val="center"/>
    </w:pPr>
    <w:r>
      <w:rPr>
        <w:rFonts w:ascii="Calibri" w:hAnsi="Calibri" w:eastAsia="Calibri"/>
        <w:b w:val="0"/>
        <w:i w:val="0"/>
        <w:color w:val="6B7280"/>
        <w:sz w:val="15"/>
      </w:rPr>
      <w:t xml:space="preserve">TDU-INV-01   Page </w:t>
    </w:r>
    <w:r>
      <w:rPr>
        <w:color w:val="6B7280"/>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