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TONU CLAIM LETTER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Truck ordered, not used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 / reference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 (broker contact)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Broker company / MC#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Email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Rate confirmation 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Letter</w:t>
      </w:r>
    </w:p>
    <w:p>
      <w:pPr>
        <w:spacing w:after="12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Dear [Name],</w:t>
      </w:r>
    </w:p>
    <w:p>
      <w:pPr>
        <w:spacing w:after="12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This is a claim for a truck ordered not used (TONU) on load [load #], booked on [date] under the rate confirmation attached.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1.  </w:t>
      </w:r>
      <w:r>
        <w:rPr>
          <w:rFonts w:ascii="Calibri" w:hAnsi="Calibri" w:eastAsia="Calibri"/>
          <w:b w:val="0"/>
          <w:i w:val="0"/>
          <w:color w:val="1F2937"/>
          <w:sz w:val="19"/>
        </w:rPr>
        <w:t>The load was booked for pickup at [facility, city, state] on [date and time].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2.  </w:t>
      </w:r>
      <w:r>
        <w:rPr>
          <w:rFonts w:ascii="Calibri" w:hAnsi="Calibri" w:eastAsia="Calibri"/>
          <w:b w:val="0"/>
          <w:i w:val="0"/>
          <w:color w:val="1F2937"/>
          <w:sz w:val="19"/>
        </w:rPr>
        <w:t>Our driver [name / truck #] was dispatched and [arrived at ___ / was stopped before arrival at ___ ] on [date and time].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3.  </w:t>
      </w:r>
      <w:r>
        <w:rPr>
          <w:rFonts w:ascii="Calibri" w:hAnsi="Calibri" w:eastAsia="Calibri"/>
          <w:b w:val="0"/>
          <w:i w:val="0"/>
          <w:color w:val="1F2937"/>
          <w:sz w:val="19"/>
        </w:rPr>
        <w:t>The load was [cancelled by you / not available / refused by the shipper] at [time], and we were notified by [phone / email] at [time].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4.  </w:t>
      </w:r>
      <w:r>
        <w:rPr>
          <w:rFonts w:ascii="Calibri" w:hAnsi="Calibri" w:eastAsia="Calibri"/>
          <w:b w:val="0"/>
          <w:i w:val="0"/>
          <w:color w:val="1F2937"/>
          <w:sz w:val="19"/>
        </w:rPr>
        <w:t>The rate confirmation provides a TONU of $[amount] (page [__]). [If it does not: please confirm the TONU you will pay for the dispatch and empty miles.]</w:t>
      </w:r>
    </w:p>
    <w:p>
      <w:pPr>
        <w:spacing w:after="12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Please issue payment of $[amount] with the next remittance, or send me the date you will pay. The documents that support this claim are attached.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Attachments</w:t>
      </w:r>
    </w:p>
    <w:tbl>
      <w:tblPr>
        <w:tblW w:type="dxa" w:w="9936"/>
        <w:tblLook w:firstColumn="1" w:firstRow="1" w:lastColumn="0" w:lastRow="0" w:noHBand="0" w:noVBand="1" w:val="04A0"/>
        <w:tblLayout w:type="fixed"/>
        <w:tblCellMar>
          <w:top w:w="40" w:type="dxa"/>
          <w:left w:w="60" w:type="dxa"/>
          <w:bottom w:w="40" w:type="dxa"/>
          <w:right w:w="60" w:type="dxa"/>
        </w:tblCellMar>
        <w:tblLayout w:type="fixed"/>
      </w:tblPr>
      <w:tblGrid>
        <w:gridCol w:w="9936"/>
      </w:tblGrid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Signed rate confirmation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Cancellation message / email with time stamp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ELD / GPS record showing the truck on the way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Fuel or mileage record, if you claim empty miles</w:t>
            </w:r>
          </w:p>
        </w:tc>
      </w:tr>
    </w:tbl>
    <w:p>
      <w:pPr>
        <w:spacing w:after="40" w:before="0" w:line="264" w:lineRule="auto"/>
      </w:pPr>
    </w:p>
    <w:p>
      <w:pPr>
        <w:spacing w:after="28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Sincerely,</w:t>
      </w:r>
    </w:p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220" w:type="dxa"/>
          <w:left w:w="0" w:type="dxa"/>
          <w:bottom w:w="20" w:type="dxa"/>
          <w:right w:w="0" w:type="dxa"/>
        </w:tblCellMar>
      </w:tblPr>
      <w:tblGrid>
        <w:gridCol w:w="4471"/>
        <w:gridCol w:w="994"/>
        <w:gridCol w:w="4471"/>
      </w:tblGrid>
      <w:tr>
        <w:tc>
          <w:tcPr>
            <w:tcW w:type="dxa" w:w="4471"/>
            <w:tcBorders>
              <w:bottom w:val="single" w:sz="6" w:color="1F2937"/>
            </w:tcBorders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8"/>
              </w:rPr>
              <w:t>[Your name]</w:t>
            </w:r>
          </w:p>
        </w:tc>
        <w:tc>
          <w:tcPr>
            <w:tcW w:type="dxa" w:w="994"/>
          </w:tcPr>
          <w:p/>
        </w:tc>
        <w:tc>
          <w:tcPr>
            <w:tcW w:type="dxa" w:w="4471"/>
            <w:tcBorders>
              <w:bottom w:val="single" w:sz="6" w:color="1F2937"/>
            </w:tcBorders>
          </w:tcPr>
          <w:p/>
        </w:tc>
      </w:tr>
      <w:tr>
        <w:tc>
          <w:tcPr>
            <w:tcW w:type="dxa" w:w="447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[Title, company, phone, email]</w:t>
            </w:r>
          </w:p>
        </w:tc>
        <w:tc>
          <w:tcPr>
            <w:tcW w:type="dxa" w:w="994"/>
          </w:tcPr>
          <w:p/>
        </w:tc>
        <w:tc>
          <w:tcPr>
            <w:tcW w:type="dxa" w:w="4471"/>
          </w:tcPr>
          <w:p/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Tip: send the claim the same day as the cancellation, by email so there is a record. Be factual and short. Attach the proof. Do not threaten in the first message.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TDU-LET-01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