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CORRECTED INVOICE / CREDIT MEMO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Fix an invoice or issue a credit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Document no.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Original invoice no.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Original invoice 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Customer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Type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9936"/>
      </w:tblGrid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Corrected invoice (replaces the original)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Credit memo (reduces the amount owed)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Additional charge (adds to the original)</w:t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What changes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2373"/>
        <w:gridCol w:w="1483"/>
        <w:gridCol w:w="1483"/>
        <w:gridCol w:w="1335"/>
        <w:gridCol w:w="3263"/>
      </w:tblGrid>
      <w:tr>
        <w:tc>
          <w:tcPr>
            <w:tcW w:type="dxa" w:w="237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Line</w:t>
            </w:r>
          </w:p>
        </w:tc>
        <w:tc>
          <w:tcPr>
            <w:tcW w:type="dxa" w:w="148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Original amount ($)</w:t>
            </w:r>
          </w:p>
        </w:tc>
        <w:tc>
          <w:tcPr>
            <w:tcW w:type="dxa" w:w="148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Corrected amount ($)</w:t>
            </w:r>
          </w:p>
        </w:tc>
        <w:tc>
          <w:tcPr>
            <w:tcW w:type="dxa" w:w="133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Difference ($)</w:t>
            </w:r>
          </w:p>
        </w:tc>
        <w:tc>
          <w:tcPr>
            <w:tcW w:type="dxa" w:w="326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Reason</w:t>
            </w:r>
          </w:p>
        </w:tc>
      </w:tr>
      <w:tr>
        <w:tc>
          <w:tcPr>
            <w:tcW w:type="dxa" w:w="237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6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37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6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37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6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37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6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37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6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37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48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326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373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Net change</w:t>
            </w:r>
          </w:p>
        </w:tc>
        <w:tc>
          <w:tcPr>
            <w:tcW w:type="dxa" w:w="1483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483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335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3263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880"/>
        <w:gridCol w:w="7056"/>
      </w:tblGrid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New total due ($)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New due date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88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Notes</w:t>
            </w:r>
          </w:p>
        </w:tc>
        <w:tc>
          <w:tcPr>
            <w:tcW w:type="dxa" w:w="705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Always reference the original invoice number so the customer's accounting can match them. Never delete or reuse an invoice number; issue a new document instead. Keep a copy.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TDU-INV-04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