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35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92"/>
        <w:gridCol w:w="5144"/>
      </w:tblGrid>
      <w:tr>
        <w:tc>
          <w:tcPr>
            <w:tcW w:type="dxa" w:w="839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5144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CARRIER WEEKLY SETTLEMENT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What was earned, what was deducted, what is paid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135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1728"/>
        <w:gridCol w:w="2784"/>
        <w:gridCol w:w="1728"/>
        <w:gridCol w:w="2784"/>
        <w:gridCol w:w="1728"/>
        <w:gridCol w:w="2784"/>
      </w:tblGrid>
      <w:tr>
        <w:tc>
          <w:tcPr>
            <w:tcW w:type="dxa" w:w="172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Carrier</w:t>
            </w:r>
          </w:p>
        </w:tc>
        <w:tc>
          <w:tcPr>
            <w:tcW w:type="dxa" w:w="278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72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MC# / DOT#</w:t>
            </w:r>
          </w:p>
        </w:tc>
        <w:tc>
          <w:tcPr>
            <w:tcW w:type="dxa" w:w="278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72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Period (Mon - Sun)</w:t>
            </w:r>
          </w:p>
        </w:tc>
        <w:tc>
          <w:tcPr>
            <w:tcW w:type="dxa" w:w="278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172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Prepared by</w:t>
            </w:r>
          </w:p>
        </w:tc>
        <w:tc>
          <w:tcPr>
            <w:tcW w:type="dxa" w:w="278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72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Settlement no.</w:t>
            </w:r>
          </w:p>
        </w:tc>
        <w:tc>
          <w:tcPr>
            <w:tcW w:type="dxa" w:w="278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72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</w:t>
            </w:r>
          </w:p>
        </w:tc>
        <w:tc>
          <w:tcPr>
            <w:tcW w:type="dxa" w:w="278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Loads delivered in the period</w:t>
      </w:r>
    </w:p>
    <w:tbl>
      <w:tblPr>
        <w:tblW w:type="dxa" w:w="13536"/>
        <w:tblLook w:firstColumn="1" w:firstRow="1" w:lastColumn="0" w:lastRow="0" w:noHBand="0" w:noVBand="1" w:val="04A0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70" w:type="dxa"/>
          <w:left w:w="80" w:type="dxa"/>
          <w:bottom w:w="70" w:type="dxa"/>
          <w:right w:w="80" w:type="dxa"/>
        </w:tblCellMar>
        <w:tblLayout w:type="fixed"/>
      </w:tblPr>
      <w:tblGrid>
        <w:gridCol w:w="1008"/>
        <w:gridCol w:w="1152"/>
        <w:gridCol w:w="3168"/>
        <w:gridCol w:w="2160"/>
        <w:gridCol w:w="1008"/>
        <w:gridCol w:w="1008"/>
        <w:gridCol w:w="1296"/>
        <w:gridCol w:w="1296"/>
        <w:gridCol w:w="1440"/>
      </w:tblGrid>
      <w:tr>
        <w:tc>
          <w:tcPr>
            <w:tcW w:type="dxa" w:w="1008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Load #</w:t>
            </w:r>
          </w:p>
        </w:tc>
        <w:tc>
          <w:tcPr>
            <w:tcW w:type="dxa" w:w="1152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Delivered</w:t>
            </w:r>
          </w:p>
        </w:tc>
        <w:tc>
          <w:tcPr>
            <w:tcW w:type="dxa" w:w="3168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Origin &gt; Destination</w:t>
            </w:r>
          </w:p>
        </w:tc>
        <w:tc>
          <w:tcPr>
            <w:tcW w:type="dxa" w:w="2160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Broker</w:t>
            </w:r>
          </w:p>
        </w:tc>
        <w:tc>
          <w:tcPr>
            <w:tcW w:type="dxa" w:w="1008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Loaded mi</w:t>
            </w:r>
          </w:p>
        </w:tc>
        <w:tc>
          <w:tcPr>
            <w:tcW w:type="dxa" w:w="1008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Empty mi</w:t>
            </w:r>
          </w:p>
        </w:tc>
        <w:tc>
          <w:tcPr>
            <w:tcW w:type="dxa" w:w="1296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Gross ($)</w:t>
            </w:r>
          </w:p>
        </w:tc>
        <w:tc>
          <w:tcPr>
            <w:tcW w:type="dxa" w:w="1296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Paid? (date)</w:t>
            </w:r>
          </w:p>
        </w:tc>
        <w:tc>
          <w:tcPr>
            <w:tcW w:type="dxa" w:w="1440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Dispatch fee ($)</w:t>
            </w:r>
          </w:p>
        </w:tc>
      </w:tr>
      <w:tr>
        <w:tc>
          <w:tcPr>
            <w:tcW w:type="dxa" w:w="100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1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00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152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16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160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40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00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1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00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152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16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160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40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00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1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00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152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16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160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40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00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1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00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152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16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160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0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29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40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00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Totals</w:t>
            </w:r>
          </w:p>
        </w:tc>
        <w:tc>
          <w:tcPr>
            <w:tcW w:type="dxa" w:w="1152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  <w:tc>
          <w:tcPr>
            <w:tcW w:type="dxa" w:w="3168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  <w:tc>
          <w:tcPr>
            <w:tcW w:type="dxa" w:w="2160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  <w:tc>
          <w:tcPr>
            <w:tcW w:type="dxa" w:w="1008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  <w:tc>
          <w:tcPr>
            <w:tcW w:type="dxa" w:w="1008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  <w:tc>
          <w:tcPr>
            <w:tcW w:type="dxa" w:w="1296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  <w:tc>
          <w:tcPr>
            <w:tcW w:type="dxa" w:w="1296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  <w:tc>
          <w:tcPr>
            <w:tcW w:type="dxa" w:w="1440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Deductions and additions</w:t>
      </w:r>
    </w:p>
    <w:tbl>
      <w:tblPr>
        <w:tblW w:type="dxa" w:w="13536"/>
        <w:tblLook w:firstColumn="1" w:firstRow="1" w:lastColumn="0" w:lastRow="0" w:noHBand="0" w:noVBand="1" w:val="04A0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70" w:type="dxa"/>
          <w:left w:w="80" w:type="dxa"/>
          <w:bottom w:w="70" w:type="dxa"/>
          <w:right w:w="80" w:type="dxa"/>
        </w:tblCellMar>
        <w:tblLayout w:type="fixed"/>
      </w:tblPr>
      <w:tblGrid>
        <w:gridCol w:w="5446"/>
        <w:gridCol w:w="1867"/>
        <w:gridCol w:w="6223"/>
      </w:tblGrid>
      <w:tr>
        <w:tc>
          <w:tcPr>
            <w:tcW w:type="dxa" w:w="5446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Item</w:t>
            </w:r>
          </w:p>
        </w:tc>
        <w:tc>
          <w:tcPr>
            <w:tcW w:type="dxa" w:w="1867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Amount ($)</w:t>
            </w:r>
          </w:p>
        </w:tc>
        <w:tc>
          <w:tcPr>
            <w:tcW w:type="dxa" w:w="6223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c>
          <w:tcPr>
            <w:tcW w:type="dxa" w:w="544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Fuel advances / fuel card</w:t>
            </w:r>
          </w:p>
        </w:tc>
        <w:tc>
          <w:tcPr>
            <w:tcW w:type="dxa" w:w="186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622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44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Lumper or other costs paid for the carrier</w:t>
            </w:r>
          </w:p>
        </w:tc>
        <w:tc>
          <w:tcPr>
            <w:tcW w:type="dxa" w:w="1867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622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44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Detention / accessorials collected (add)</w:t>
            </w:r>
          </w:p>
        </w:tc>
        <w:tc>
          <w:tcPr>
            <w:tcW w:type="dxa" w:w="186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622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44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Other</w:t>
            </w:r>
          </w:p>
        </w:tc>
        <w:tc>
          <w:tcPr>
            <w:tcW w:type="dxa" w:w="1867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622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44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86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622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135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160"/>
        <w:gridCol w:w="2352"/>
        <w:gridCol w:w="2160"/>
        <w:gridCol w:w="2352"/>
        <w:gridCol w:w="2160"/>
        <w:gridCol w:w="2352"/>
      </w:tblGrid>
      <w:tr>
        <w:tc>
          <w:tcPr>
            <w:tcW w:type="dxa" w:w="216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Gross collected</w:t>
            </w:r>
          </w:p>
        </w:tc>
        <w:tc>
          <w:tcPr>
            <w:tcW w:type="dxa" w:w="235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16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Total dispatch fees</w:t>
            </w:r>
          </w:p>
        </w:tc>
        <w:tc>
          <w:tcPr>
            <w:tcW w:type="dxa" w:w="235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16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Total deductions</w:t>
            </w:r>
          </w:p>
        </w:tc>
        <w:tc>
          <w:tcPr>
            <w:tcW w:type="dxa" w:w="235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16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Total additions</w:t>
            </w:r>
          </w:p>
        </w:tc>
        <w:tc>
          <w:tcPr>
            <w:tcW w:type="dxa" w:w="235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16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NET PAID TO CARRIER ($)</w:t>
            </w:r>
          </w:p>
        </w:tc>
        <w:tc>
          <w:tcPr>
            <w:tcW w:type="dxa" w:w="235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16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Paid by / date</w:t>
            </w:r>
          </w:p>
        </w:tc>
        <w:tc>
          <w:tcPr>
            <w:tcW w:type="dxa" w:w="235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135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13536"/>
      </w:tblGrid>
      <w:tr>
        <w:tc>
          <w:tcPr>
            <w:tcW w:type="dxa" w:w="135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Settle only on money actually collected. Show every deduction with a reason. Give the carrier a copy with the supporting invoices on request. A transparent statement is the best way to keep a carrier for years.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5840" w:h="12240" w:orient="landscape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TDU-SET-01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