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DRIVER LOAD INSTRUCTIONS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Everything the driver needs, on one page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Driver / truck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Broker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Broker contact / phone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Dispatcher contact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Emergency number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Pickup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880"/>
        <w:gridCol w:w="7056"/>
      </w:tblGrid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Facility and address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and appointment time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Contact / phone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Pickup # / reference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Instructions (check-in, dock, seal, paperwork)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Delivery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880"/>
        <w:gridCol w:w="7056"/>
      </w:tblGrid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Facility and address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and appointment time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Contact / phone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Delivery # / reference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Instructions (check-in, dock, lumper, POD)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Load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Commodity / weight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Temperature / seal # / special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Miles / transit time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Fuel / route notes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Driver must</w:t>
      </w:r>
    </w:p>
    <w:tbl>
      <w:tblPr>
        <w:tblW w:type="dxa" w:w="9936"/>
        <w:tblLook w:firstColumn="1" w:firstRow="1" w:lastColumn="0" w:lastRow="0" w:noHBand="0" w:noVBand="1" w:val="04A0"/>
        <w:tblLayout w:type="fixed"/>
        <w:tblCellMar>
          <w:top w:w="40" w:type="dxa"/>
          <w:left w:w="60" w:type="dxa"/>
          <w:bottom w:w="40" w:type="dxa"/>
          <w:right w:w="60" w:type="dxa"/>
        </w:tblCellMar>
        <w:tblLayout w:type="fixed"/>
      </w:tblPr>
      <w:tblGrid>
        <w:gridCol w:w="9936"/>
      </w:tblGrid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Check the BOL for count, weight, seal and commodity before leaving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Take photos of the load, seal and BOL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Call the dispatcher at pickup, when loaded, at delivery and if anything changes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Never leave the shipper with a different load than booked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Record time in and time out at every stop (for detention)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Send a photo of the signed BOL / POD right after delivery</w:t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Hours of service: plan the trip inside the driver's available hours. Never pressure a driver to break them.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TDU-OPS-04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