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ACCESSORIAL TERMS SHEET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What to ask for before you book, and where to record it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p>
      <w:pPr>
        <w:spacing w:after="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Fill this in once per carrier with their minimums, and ask for it again when a broker is vague. Rates differ by lane, freight and broker, so these are boxes for your numbers, not suggested prices.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2129"/>
        <w:gridCol w:w="4400"/>
        <w:gridCol w:w="1703"/>
        <w:gridCol w:w="1703"/>
      </w:tblGrid>
      <w:tr>
        <w:tc>
          <w:tcPr>
            <w:tcW w:type="dxa" w:w="212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Item</w:t>
            </w:r>
          </w:p>
        </w:tc>
        <w:tc>
          <w:tcPr>
            <w:tcW w:type="dxa" w:w="4400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to ask the broker</w:t>
            </w:r>
          </w:p>
        </w:tc>
        <w:tc>
          <w:tcPr>
            <w:tcW w:type="dxa" w:w="170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Carrier's minimum</w:t>
            </w:r>
          </w:p>
        </w:tc>
        <w:tc>
          <w:tcPr>
            <w:tcW w:type="dxa" w:w="1703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Agreed on this load</w:t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Line haul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Flat rate or per mile? What is the mileage source?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Fuel surcharge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Included in the rate? Separate line?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Detention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Free time, hourly rate, cap, how to claim, deadline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Layover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When does it start and what is paid per day?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TONU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Amount, and when it applies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Lumper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Who pays and how the carrier is reimbursed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Stop-off pay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Amount for extra stops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Tarping / driver assist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Included or paid extra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Reefer fuel / pre-cool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Who pays and settings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Pallet exchange / scale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Who pays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Payment terms / quick pay</w:t>
            </w:r>
          </w:p>
        </w:tc>
        <w:tc>
          <w:tcPr>
            <w:tcW w:type="dxa" w:w="440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Days, fee for quick pay, how paid</w:t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1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Cancellation</w:t>
            </w:r>
          </w:p>
        </w:tc>
        <w:tc>
          <w:tcPr>
            <w:tcW w:type="dxa" w:w="4400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What if cancelled after dispatch?</w:t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703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Get every accessorial in writing on the rate confirmation. A rate that is "agreed on the phone" is hard to collect.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TDU-OPS-05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