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CARGO CLAIM LETTER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Freight loss or damage claim (by the party who owns the claim)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Usually the shipper, receiver or broker files a cargo claim against the carrier. Use this as a response template when a claim is made against your carrier, or when your carrier makes a claim for its own damage. Federal rules allow claimants a minimum of nine months to file; check the contract and the rate confirmation.</w:t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Claim / load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Claimant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place of loss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BOL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Details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032"/>
        <w:gridCol w:w="5904"/>
      </w:tblGrid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Commodity and quantity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Nature of loss (damage, shortage, delay, temperature)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Amount claimed ($)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How the amount is calculated (invoice, repair quote)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Notation on the BOL at delivery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Documents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Signed BOL showing exceptions at delivery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Temperature log (reefer)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Photos before and after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Inspection report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Original invoice for the goods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Proof of delivery and times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Repair estimate or salvage value</w:t>
            </w:r>
          </w:p>
        </w:tc>
        <w:tc>
          <w:tcPr>
            <w:tcW w:type="dxa" w:w="4968"/>
          </w:tcPr>
          <w:p/>
        </w:tc>
      </w:tr>
    </w:tbl>
    <w:p>
      <w:pPr>
        <w:spacing w:after="40" w:before="0" w:line="264" w:lineRule="auto"/>
      </w:pPr>
    </w:p>
    <w:p>
      <w:pPr>
        <w:spacing w:after="80" w:before="8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We acknowledge your claim dated [date] for load [load #] and will review it within [30] days. Please send any further documents. This letter is not an admission of liability.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[Name]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/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[Title, company, phone, email]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/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TDU-LET-04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