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936"/>
        <w:tblLayout w:type="fixed"/>
        <w:tblLook w:firstColumn="1" w:firstRow="1" w:lastColumn="0" w:lastRow="0" w:noHBand="0" w:noVBand="1" w:val="04A0"/>
        <w:tblLayout w:type="fixed"/>
        <w:tblCellMar>
          <w:top w:w="0" w:type="dxa"/>
          <w:left w:w="0" w:type="dxa"/>
          <w:bottom w:w="0" w:type="dxa"/>
          <w:right w:w="0" w:type="dxa"/>
        </w:tblCellMar>
      </w:tblPr>
      <w:tblGrid>
        <w:gridCol w:w="6160"/>
        <w:gridCol w:w="3776"/>
      </w:tblGrid>
      <w:tr>
        <w:tc>
          <w:tcPr>
            <w:tcW w:type="dxa" w:w="6160"/>
          </w:tcPr>
          <w:p>
            <w:pPr>
              <w:spacing w:after="0" w:before="0"/>
            </w:pPr>
            <w:r/>
            <w:r>
              <w:rPr>
                <w:rFonts w:ascii="Calibri" w:hAnsi="Calibri" w:eastAsia="Calibri"/>
                <w:b/>
                <w:i w:val="0"/>
                <w:color w:val="0A1B3D"/>
                <w:sz w:val="32"/>
              </w:rPr>
              <w:t>[Your Company Name]</w:t>
            </w:r>
          </w:p>
          <w:p>
            <w:pPr>
              <w:spacing w:after="0"/>
            </w:pPr>
            <w:r>
              <w:rPr>
                <w:rFonts w:ascii="Calibri" w:hAnsi="Calibri" w:eastAsia="Calibri"/>
                <w:b w:val="0"/>
                <w:i w:val="0"/>
                <w:color w:val="6B7280"/>
                <w:sz w:val="17"/>
              </w:rPr>
              <w:t>[Street address, City, State ZIP]  |  [Phone]  |  [Email]  |  MC# [number]  DOT# [number]</w:t>
            </w:r>
          </w:p>
        </w:tc>
        <w:tc>
          <w:tcPr>
            <w:tcW w:type="dxa" w:w="3776"/>
          </w:tcPr>
          <w:p>
            <w:pPr>
              <w:spacing w:after="0" w:before="0"/>
              <w:jc w:val="right"/>
            </w:pPr>
            <w:r/>
            <w:r>
              <w:rPr>
                <w:rFonts w:ascii="Calibri" w:hAnsi="Calibri" w:eastAsia="Calibri"/>
                <w:b/>
                <w:i w:val="0"/>
                <w:color w:val="9A7415"/>
                <w:sz w:val="22"/>
              </w:rPr>
              <w:t>DISPATCHER EMAIL TEMPLATES</w:t>
            </w:r>
          </w:p>
          <w:p>
            <w:pPr>
              <w:spacing w:after="0"/>
              <w:jc w:val="right"/>
            </w:pPr>
            <w:r>
              <w:rPr>
                <w:rFonts w:ascii="Calibri" w:hAnsi="Calibri" w:eastAsia="Calibri"/>
                <w:b w:val="0"/>
                <w:i w:val="0"/>
                <w:color w:val="6B7280"/>
                <w:sz w:val="17"/>
              </w:rPr>
              <w:t>Copy, edit, send</w:t>
            </w:r>
          </w:p>
        </w:tc>
      </w:tr>
    </w:tbl>
    <w:p>
      <w:pPr>
        <w:spacing w:after="120" w:before="40"/>
        <w:pBdr>
          <w:bottom w:val="single" w:sz="14" w:space="1" w:color="B8962E"/>
        </w:pBdr>
      </w:pPr>
    </w:p>
    <w:p>
      <w:pPr>
        <w:spacing w:after="80" w:before="0" w:line="264" w:lineRule="auto"/>
      </w:pPr>
      <w:r>
        <w:rPr>
          <w:rFonts w:ascii="Calibri" w:hAnsi="Calibri" w:eastAsia="Calibri"/>
          <w:b w:val="0"/>
          <w:i w:val="0"/>
          <w:color w:val="1F2937"/>
          <w:sz w:val="19"/>
        </w:rPr>
        <w:t>Replace everything in [brackets]. Keep emails short, specific and polite. One request per email.</w:t>
      </w:r>
    </w:p>
    <w:p>
      <w:pPr>
        <w:keepNext/>
        <w:spacing w:after="60" w:before="160" w:line="264" w:lineRule="auto"/>
      </w:pPr>
      <w:r>
        <w:rPr>
          <w:rFonts w:ascii="Calibri" w:hAnsi="Calibri" w:eastAsia="Calibri"/>
          <w:b/>
          <w:i w:val="0"/>
          <w:color w:val="0A1B3D"/>
          <w:sz w:val="21"/>
        </w:rPr>
        <w:t>1. Asking a broker about a load</w:t>
      </w:r>
    </w:p>
    <w:p>
      <w:pPr>
        <w:spacing w:after="40" w:before="0" w:line="264" w:lineRule="auto"/>
      </w:pPr>
      <w:r>
        <w:rPr>
          <w:rFonts w:ascii="Calibri" w:hAnsi="Calibri" w:eastAsia="Calibri"/>
          <w:b/>
          <w:i w:val="0"/>
          <w:color w:val="9A7415"/>
          <w:sz w:val="18"/>
        </w:rPr>
        <w:t>Subject: Load [number], [origin] to [destination], [pickup date]</w:t>
      </w:r>
    </w:p>
    <w:tbl>
      <w:tblPr>
        <w:tblW w:type="dxa" w:w="9936"/>
        <w:tblLook w:firstColumn="1" w:firstRow="1" w:lastColumn="0" w:lastRow="0" w:noHBand="0" w:noVBand="1" w:val="04A0"/>
        <w:tblBorders>
          <w:top w:val="single" w:sz="4" w:space="0" w:color="D5D9E2"/>
          <w:left w:val="single" w:sz="4" w:space="0" w:color="D5D9E2"/>
          <w:bottom w:val="single" w:sz="4" w:space="0" w:color="D5D9E2"/>
          <w:right w:val="single" w:sz="4" w:space="0" w:color="D5D9E2"/>
          <w:insideH w:val="single" w:sz="4" w:space="0" w:color="D5D9E2"/>
          <w:insideV w:val="single" w:sz="4" w:space="0" w:color="D5D9E2"/>
        </w:tblBorders>
        <w:tblLayout w:type="fixed"/>
        <w:tblCellMar>
          <w:top w:w="90" w:type="dxa"/>
          <w:left w:w="120" w:type="dxa"/>
          <w:bottom w:w="90" w:type="dxa"/>
          <w:right w:w="120" w:type="dxa"/>
        </w:tblCellMar>
        <w:tblLayout w:type="fixed"/>
      </w:tblPr>
      <w:tblGrid>
        <w:gridCol w:w="9936"/>
      </w:tblGrid>
      <w:tr>
        <w:tc>
          <w:tcPr>
            <w:tcW w:type="dxa" w:w="9936"/>
            <w:shd w:val="clear" w:color="auto" w:fill="F7F8FB"/>
          </w:tcPr>
          <w:p>
            <w:pPr>
              <w:spacing w:after="40"/>
            </w:pPr>
            <w:r/>
            <w:r>
              <w:rPr>
                <w:rFonts w:ascii="Calibri" w:hAnsi="Calibri" w:eastAsia="Calibri"/>
                <w:b w:val="0"/>
                <w:i w:val="0"/>
                <w:color w:val="1F2937"/>
                <w:sz w:val="19"/>
              </w:rPr>
              <w:t>Hello [Name],</w:t>
            </w:r>
          </w:p>
          <w:p>
            <w:pPr>
              <w:spacing w:after="40"/>
            </w:pPr>
            <w:r>
              <w:rPr>
                <w:rFonts w:ascii="Calibri" w:hAnsi="Calibri" w:eastAsia="Calibri"/>
                <w:b w:val="0"/>
                <w:i w:val="0"/>
                <w:color w:val="1F2937"/>
                <w:sz w:val="19"/>
              </w:rPr>
              <w:t>I am [Name] with [Company], dispatching for [Carrier], MC [number]. Is load [number] from [origin] to [destination] still available for [date]? Please confirm the rate, whether fuel is included, the pickup and delivery times and any accessorials. We can cover it with a [equipment] at [city].</w:t>
            </w:r>
          </w:p>
          <w:p>
            <w:pPr>
              <w:spacing w:after="40"/>
            </w:pPr>
            <w:r>
              <w:rPr>
                <w:rFonts w:ascii="Calibri" w:hAnsi="Calibri" w:eastAsia="Calibri"/>
                <w:b w:val="0"/>
                <w:i w:val="0"/>
                <w:color w:val="1F2937"/>
                <w:sz w:val="19"/>
              </w:rPr>
              <w:t>Thank you,</w:t>
            </w:r>
          </w:p>
          <w:p>
            <w:pPr>
              <w:spacing w:after="40"/>
            </w:pPr>
            <w:r>
              <w:rPr>
                <w:rFonts w:ascii="Calibri" w:hAnsi="Calibri" w:eastAsia="Calibri"/>
                <w:b w:val="0"/>
                <w:i w:val="0"/>
                <w:color w:val="1F2937"/>
                <w:sz w:val="19"/>
              </w:rPr>
              <w:t>[Name] | [Phone]</w:t>
            </w:r>
          </w:p>
        </w:tc>
      </w:tr>
    </w:tbl>
    <w:p>
      <w:pPr>
        <w:spacing w:after="40" w:before="0" w:line="264" w:lineRule="auto"/>
      </w:pPr>
    </w:p>
    <w:p>
      <w:pPr>
        <w:keepNext/>
        <w:spacing w:after="60" w:before="160" w:line="264" w:lineRule="auto"/>
      </w:pPr>
      <w:r>
        <w:rPr>
          <w:rFonts w:ascii="Calibri" w:hAnsi="Calibri" w:eastAsia="Calibri"/>
          <w:b/>
          <w:i w:val="0"/>
          <w:color w:val="0A1B3D"/>
          <w:sz w:val="21"/>
        </w:rPr>
        <w:t>2. Counter-offer on rate</w:t>
      </w:r>
    </w:p>
    <w:p>
      <w:pPr>
        <w:spacing w:after="40" w:before="0" w:line="264" w:lineRule="auto"/>
      </w:pPr>
      <w:r>
        <w:rPr>
          <w:rFonts w:ascii="Calibri" w:hAnsi="Calibri" w:eastAsia="Calibri"/>
          <w:b/>
          <w:i w:val="0"/>
          <w:color w:val="9A7415"/>
          <w:sz w:val="18"/>
        </w:rPr>
        <w:t>Subject: Load [number], rate</w:t>
      </w:r>
    </w:p>
    <w:tbl>
      <w:tblPr>
        <w:tblW w:type="dxa" w:w="9936"/>
        <w:tblLook w:firstColumn="1" w:firstRow="1" w:lastColumn="0" w:lastRow="0" w:noHBand="0" w:noVBand="1" w:val="04A0"/>
        <w:tblBorders>
          <w:top w:val="single" w:sz="4" w:space="0" w:color="D5D9E2"/>
          <w:left w:val="single" w:sz="4" w:space="0" w:color="D5D9E2"/>
          <w:bottom w:val="single" w:sz="4" w:space="0" w:color="D5D9E2"/>
          <w:right w:val="single" w:sz="4" w:space="0" w:color="D5D9E2"/>
          <w:insideH w:val="single" w:sz="4" w:space="0" w:color="D5D9E2"/>
          <w:insideV w:val="single" w:sz="4" w:space="0" w:color="D5D9E2"/>
        </w:tblBorders>
        <w:tblLayout w:type="fixed"/>
        <w:tblCellMar>
          <w:top w:w="90" w:type="dxa"/>
          <w:left w:w="120" w:type="dxa"/>
          <w:bottom w:w="90" w:type="dxa"/>
          <w:right w:w="120" w:type="dxa"/>
        </w:tblCellMar>
        <w:tblLayout w:type="fixed"/>
      </w:tblPr>
      <w:tblGrid>
        <w:gridCol w:w="9936"/>
      </w:tblGrid>
      <w:tr>
        <w:tc>
          <w:tcPr>
            <w:tcW w:type="dxa" w:w="9936"/>
            <w:shd w:val="clear" w:color="auto" w:fill="F7F8FB"/>
          </w:tcPr>
          <w:p>
            <w:pPr>
              <w:spacing w:after="40"/>
            </w:pPr>
            <w:r/>
            <w:r>
              <w:rPr>
                <w:rFonts w:ascii="Calibri" w:hAnsi="Calibri" w:eastAsia="Calibri"/>
                <w:b w:val="0"/>
                <w:i w:val="0"/>
                <w:color w:val="1F2937"/>
                <w:sz w:val="19"/>
              </w:rPr>
              <w:t>Hello [Name],</w:t>
            </w:r>
          </w:p>
          <w:p>
            <w:pPr>
              <w:spacing w:after="40"/>
            </w:pPr>
            <w:r>
              <w:rPr>
                <w:rFonts w:ascii="Calibri" w:hAnsi="Calibri" w:eastAsia="Calibri"/>
                <w:b w:val="0"/>
                <w:i w:val="0"/>
                <w:color w:val="1F2937"/>
                <w:sz w:val="19"/>
              </w:rPr>
              <w:t>Thank you for the details. With [__] empty miles to pickup and [tolls / fuel / lumper], the rate that works for this truck is $[amount]. If you can do $[amount] I can confirm right away. Please send the rate confirmation if we agree.</w:t>
            </w:r>
          </w:p>
          <w:p>
            <w:pPr>
              <w:spacing w:after="40"/>
            </w:pPr>
            <w:r>
              <w:rPr>
                <w:rFonts w:ascii="Calibri" w:hAnsi="Calibri" w:eastAsia="Calibri"/>
                <w:b w:val="0"/>
                <w:i w:val="0"/>
                <w:color w:val="1F2937"/>
                <w:sz w:val="19"/>
              </w:rPr>
              <w:t>Thanks,</w:t>
            </w:r>
          </w:p>
          <w:p>
            <w:pPr>
              <w:spacing w:after="40"/>
            </w:pPr>
            <w:r>
              <w:rPr>
                <w:rFonts w:ascii="Calibri" w:hAnsi="Calibri" w:eastAsia="Calibri"/>
                <w:b w:val="0"/>
                <w:i w:val="0"/>
                <w:color w:val="1F2937"/>
                <w:sz w:val="19"/>
              </w:rPr>
              <w:t>[Name]</w:t>
            </w:r>
          </w:p>
        </w:tc>
      </w:tr>
    </w:tbl>
    <w:p>
      <w:pPr>
        <w:spacing w:after="40" w:before="0" w:line="264" w:lineRule="auto"/>
      </w:pPr>
    </w:p>
    <w:p>
      <w:pPr>
        <w:keepNext/>
        <w:spacing w:after="60" w:before="160" w:line="264" w:lineRule="auto"/>
      </w:pPr>
      <w:r>
        <w:rPr>
          <w:rFonts w:ascii="Calibri" w:hAnsi="Calibri" w:eastAsia="Calibri"/>
          <w:b/>
          <w:i w:val="0"/>
          <w:color w:val="0A1B3D"/>
          <w:sz w:val="21"/>
        </w:rPr>
        <w:t>3. Sending the signed rate confirmation</w:t>
      </w:r>
    </w:p>
    <w:p>
      <w:pPr>
        <w:spacing w:after="40" w:before="0" w:line="264" w:lineRule="auto"/>
      </w:pPr>
      <w:r>
        <w:rPr>
          <w:rFonts w:ascii="Calibri" w:hAnsi="Calibri" w:eastAsia="Calibri"/>
          <w:b/>
          <w:i w:val="0"/>
          <w:color w:val="9A7415"/>
          <w:sz w:val="18"/>
        </w:rPr>
        <w:t>Subject: Signed rate confirmation, load [number]</w:t>
      </w:r>
    </w:p>
    <w:tbl>
      <w:tblPr>
        <w:tblW w:type="dxa" w:w="9936"/>
        <w:tblLook w:firstColumn="1" w:firstRow="1" w:lastColumn="0" w:lastRow="0" w:noHBand="0" w:noVBand="1" w:val="04A0"/>
        <w:tblBorders>
          <w:top w:val="single" w:sz="4" w:space="0" w:color="D5D9E2"/>
          <w:left w:val="single" w:sz="4" w:space="0" w:color="D5D9E2"/>
          <w:bottom w:val="single" w:sz="4" w:space="0" w:color="D5D9E2"/>
          <w:right w:val="single" w:sz="4" w:space="0" w:color="D5D9E2"/>
          <w:insideH w:val="single" w:sz="4" w:space="0" w:color="D5D9E2"/>
          <w:insideV w:val="single" w:sz="4" w:space="0" w:color="D5D9E2"/>
        </w:tblBorders>
        <w:tblLayout w:type="fixed"/>
        <w:tblCellMar>
          <w:top w:w="90" w:type="dxa"/>
          <w:left w:w="120" w:type="dxa"/>
          <w:bottom w:w="90" w:type="dxa"/>
          <w:right w:w="120" w:type="dxa"/>
        </w:tblCellMar>
        <w:tblLayout w:type="fixed"/>
      </w:tblPr>
      <w:tblGrid>
        <w:gridCol w:w="9936"/>
      </w:tblGrid>
      <w:tr>
        <w:tc>
          <w:tcPr>
            <w:tcW w:type="dxa" w:w="9936"/>
            <w:shd w:val="clear" w:color="auto" w:fill="F7F8FB"/>
          </w:tcPr>
          <w:p>
            <w:pPr>
              <w:spacing w:after="40"/>
            </w:pPr>
            <w:r/>
            <w:r>
              <w:rPr>
                <w:rFonts w:ascii="Calibri" w:hAnsi="Calibri" w:eastAsia="Calibri"/>
                <w:b w:val="0"/>
                <w:i w:val="0"/>
                <w:color w:val="1F2937"/>
                <w:sz w:val="19"/>
              </w:rPr>
              <w:t>Hello [Name],</w:t>
            </w:r>
          </w:p>
          <w:p>
            <w:pPr>
              <w:spacing w:after="40"/>
            </w:pPr>
            <w:r>
              <w:rPr>
                <w:rFonts w:ascii="Calibri" w:hAnsi="Calibri" w:eastAsia="Calibri"/>
                <w:b w:val="0"/>
                <w:i w:val="0"/>
                <w:color w:val="1F2937"/>
                <w:sz w:val="19"/>
              </w:rPr>
              <w:t>Attached is the signed rate confirmation for load [number]. Driver: [name], truck [number], phone [number]. Pickup [date, time]. Please confirm receipt and send any pickup numbers.</w:t>
            </w:r>
          </w:p>
          <w:p>
            <w:pPr>
              <w:spacing w:after="40"/>
            </w:pPr>
            <w:r>
              <w:rPr>
                <w:rFonts w:ascii="Calibri" w:hAnsi="Calibri" w:eastAsia="Calibri"/>
                <w:b w:val="0"/>
                <w:i w:val="0"/>
                <w:color w:val="1F2937"/>
                <w:sz w:val="19"/>
              </w:rPr>
              <w:t>Thank you,</w:t>
            </w:r>
          </w:p>
          <w:p>
            <w:pPr>
              <w:spacing w:after="40"/>
            </w:pPr>
            <w:r>
              <w:rPr>
                <w:rFonts w:ascii="Calibri" w:hAnsi="Calibri" w:eastAsia="Calibri"/>
                <w:b w:val="0"/>
                <w:i w:val="0"/>
                <w:color w:val="1F2937"/>
                <w:sz w:val="19"/>
              </w:rPr>
              <w:t>[Name]</w:t>
            </w:r>
          </w:p>
        </w:tc>
      </w:tr>
    </w:tbl>
    <w:p>
      <w:pPr>
        <w:spacing w:after="40" w:before="0" w:line="264" w:lineRule="auto"/>
      </w:pPr>
    </w:p>
    <w:p>
      <w:pPr>
        <w:keepNext/>
        <w:spacing w:after="60" w:before="160" w:line="264" w:lineRule="auto"/>
      </w:pPr>
      <w:r>
        <w:rPr>
          <w:rFonts w:ascii="Calibri" w:hAnsi="Calibri" w:eastAsia="Calibri"/>
          <w:b/>
          <w:i w:val="0"/>
          <w:color w:val="0A1B3D"/>
          <w:sz w:val="21"/>
        </w:rPr>
        <w:t>4. Update to the broker (delay)</w:t>
      </w:r>
    </w:p>
    <w:p>
      <w:pPr>
        <w:spacing w:after="40" w:before="0" w:line="264" w:lineRule="auto"/>
      </w:pPr>
      <w:r>
        <w:rPr>
          <w:rFonts w:ascii="Calibri" w:hAnsi="Calibri" w:eastAsia="Calibri"/>
          <w:b/>
          <w:i w:val="0"/>
          <w:color w:val="9A7415"/>
          <w:sz w:val="18"/>
        </w:rPr>
        <w:t>Subject: Update, load [number]</w:t>
      </w:r>
    </w:p>
    <w:tbl>
      <w:tblPr>
        <w:tblW w:type="dxa" w:w="9936"/>
        <w:tblLook w:firstColumn="1" w:firstRow="1" w:lastColumn="0" w:lastRow="0" w:noHBand="0" w:noVBand="1" w:val="04A0"/>
        <w:tblBorders>
          <w:top w:val="single" w:sz="4" w:space="0" w:color="D5D9E2"/>
          <w:left w:val="single" w:sz="4" w:space="0" w:color="D5D9E2"/>
          <w:bottom w:val="single" w:sz="4" w:space="0" w:color="D5D9E2"/>
          <w:right w:val="single" w:sz="4" w:space="0" w:color="D5D9E2"/>
          <w:insideH w:val="single" w:sz="4" w:space="0" w:color="D5D9E2"/>
          <w:insideV w:val="single" w:sz="4" w:space="0" w:color="D5D9E2"/>
        </w:tblBorders>
        <w:tblLayout w:type="fixed"/>
        <w:tblCellMar>
          <w:top w:w="90" w:type="dxa"/>
          <w:left w:w="120" w:type="dxa"/>
          <w:bottom w:w="90" w:type="dxa"/>
          <w:right w:w="120" w:type="dxa"/>
        </w:tblCellMar>
        <w:tblLayout w:type="fixed"/>
      </w:tblPr>
      <w:tblGrid>
        <w:gridCol w:w="9936"/>
      </w:tblGrid>
      <w:tr>
        <w:tc>
          <w:tcPr>
            <w:tcW w:type="dxa" w:w="9936"/>
            <w:shd w:val="clear" w:color="auto" w:fill="F7F8FB"/>
          </w:tcPr>
          <w:p>
            <w:pPr>
              <w:spacing w:after="40"/>
            </w:pPr>
            <w:r/>
            <w:r>
              <w:rPr>
                <w:rFonts w:ascii="Calibri" w:hAnsi="Calibri" w:eastAsia="Calibri"/>
                <w:b w:val="0"/>
                <w:i w:val="0"/>
                <w:color w:val="1F2937"/>
                <w:sz w:val="19"/>
              </w:rPr>
              <w:t>Hello [Name],</w:t>
            </w:r>
          </w:p>
          <w:p>
            <w:pPr>
              <w:spacing w:after="40"/>
            </w:pPr>
            <w:r>
              <w:rPr>
                <w:rFonts w:ascii="Calibri" w:hAnsi="Calibri" w:eastAsia="Calibri"/>
                <w:b w:val="0"/>
                <w:i w:val="0"/>
                <w:color w:val="1F2937"/>
                <w:sz w:val="19"/>
              </w:rPr>
              <w:t>A quick update on load [number]: the driver is running about [__] minutes behind because of [reason]. New ETA is [time]. Can you let the receiver know? We will update you again at [time].</w:t>
            </w:r>
          </w:p>
          <w:p>
            <w:pPr>
              <w:spacing w:after="40"/>
            </w:pPr>
            <w:r>
              <w:rPr>
                <w:rFonts w:ascii="Calibri" w:hAnsi="Calibri" w:eastAsia="Calibri"/>
                <w:b w:val="0"/>
                <w:i w:val="0"/>
                <w:color w:val="1F2937"/>
                <w:sz w:val="19"/>
              </w:rPr>
              <w:t>Thank you,</w:t>
            </w:r>
          </w:p>
          <w:p>
            <w:pPr>
              <w:spacing w:after="40"/>
            </w:pPr>
            <w:r>
              <w:rPr>
                <w:rFonts w:ascii="Calibri" w:hAnsi="Calibri" w:eastAsia="Calibri"/>
                <w:b w:val="0"/>
                <w:i w:val="0"/>
                <w:color w:val="1F2937"/>
                <w:sz w:val="19"/>
              </w:rPr>
              <w:t>[Name]</w:t>
            </w:r>
          </w:p>
        </w:tc>
      </w:tr>
    </w:tbl>
    <w:p>
      <w:pPr>
        <w:spacing w:after="40" w:before="0" w:line="264" w:lineRule="auto"/>
      </w:pPr>
    </w:p>
    <w:p>
      <w:pPr>
        <w:keepNext/>
        <w:spacing w:after="60" w:before="160" w:line="264" w:lineRule="auto"/>
      </w:pPr>
      <w:r>
        <w:rPr>
          <w:rFonts w:ascii="Calibri" w:hAnsi="Calibri" w:eastAsia="Calibri"/>
          <w:b/>
          <w:i w:val="0"/>
          <w:color w:val="0A1B3D"/>
          <w:sz w:val="21"/>
        </w:rPr>
        <w:t>5. Load sheet to your carrier</w:t>
      </w:r>
    </w:p>
    <w:p>
      <w:pPr>
        <w:spacing w:after="40" w:before="0" w:line="264" w:lineRule="auto"/>
      </w:pPr>
      <w:r>
        <w:rPr>
          <w:rFonts w:ascii="Calibri" w:hAnsi="Calibri" w:eastAsia="Calibri"/>
          <w:b/>
          <w:i w:val="0"/>
          <w:color w:val="9A7415"/>
          <w:sz w:val="18"/>
        </w:rPr>
        <w:t>Subject: Load for approval: [origin] to [destination], $[rate]</w:t>
      </w:r>
    </w:p>
    <w:tbl>
      <w:tblPr>
        <w:tblW w:type="dxa" w:w="9936"/>
        <w:tblLook w:firstColumn="1" w:firstRow="1" w:lastColumn="0" w:lastRow="0" w:noHBand="0" w:noVBand="1" w:val="04A0"/>
        <w:tblBorders>
          <w:top w:val="single" w:sz="4" w:space="0" w:color="D5D9E2"/>
          <w:left w:val="single" w:sz="4" w:space="0" w:color="D5D9E2"/>
          <w:bottom w:val="single" w:sz="4" w:space="0" w:color="D5D9E2"/>
          <w:right w:val="single" w:sz="4" w:space="0" w:color="D5D9E2"/>
          <w:insideH w:val="single" w:sz="4" w:space="0" w:color="D5D9E2"/>
          <w:insideV w:val="single" w:sz="4" w:space="0" w:color="D5D9E2"/>
        </w:tblBorders>
        <w:tblLayout w:type="fixed"/>
        <w:tblCellMar>
          <w:top w:w="90" w:type="dxa"/>
          <w:left w:w="120" w:type="dxa"/>
          <w:bottom w:w="90" w:type="dxa"/>
          <w:right w:w="120" w:type="dxa"/>
        </w:tblCellMar>
        <w:tblLayout w:type="fixed"/>
      </w:tblPr>
      <w:tblGrid>
        <w:gridCol w:w="9936"/>
      </w:tblGrid>
      <w:tr>
        <w:tc>
          <w:tcPr>
            <w:tcW w:type="dxa" w:w="9936"/>
            <w:shd w:val="clear" w:color="auto" w:fill="F7F8FB"/>
          </w:tcPr>
          <w:p>
            <w:pPr>
              <w:spacing w:after="40"/>
            </w:pPr>
            <w:r/>
            <w:r>
              <w:rPr>
                <w:rFonts w:ascii="Calibri" w:hAnsi="Calibri" w:eastAsia="Calibri"/>
                <w:b w:val="0"/>
                <w:i w:val="0"/>
                <w:color w:val="1F2937"/>
                <w:sz w:val="19"/>
              </w:rPr>
              <w:t>Hi [Carrier],</w:t>
            </w:r>
          </w:p>
          <w:p>
            <w:pPr>
              <w:spacing w:after="40"/>
            </w:pPr>
            <w:r>
              <w:rPr>
                <w:rFonts w:ascii="Calibri" w:hAnsi="Calibri" w:eastAsia="Calibri"/>
                <w:b w:val="0"/>
                <w:i w:val="0"/>
                <w:color w:val="1F2937"/>
                <w:sz w:val="19"/>
              </w:rPr>
              <w:t>Load for [date]: [origin] to [destination], [miles] miles, [weight] of [commodity], paying $[rate] ($[per mile] per loaded mile, $[all-in] all-in). Pickup [date, time, address]. Delivery [date, time, address]. Broker [name], terms [days]. Reply YES and I will book it.</w:t>
            </w:r>
          </w:p>
          <w:p>
            <w:pPr>
              <w:spacing w:after="40"/>
            </w:pPr>
            <w:r>
              <w:rPr>
                <w:rFonts w:ascii="Calibri" w:hAnsi="Calibri" w:eastAsia="Calibri"/>
                <w:b w:val="0"/>
                <w:i w:val="0"/>
                <w:color w:val="1F2937"/>
                <w:sz w:val="19"/>
              </w:rPr>
              <w:t>[Name]</w:t>
            </w:r>
          </w:p>
        </w:tc>
      </w:tr>
    </w:tbl>
    <w:p>
      <w:pPr>
        <w:spacing w:after="40" w:before="0" w:line="264" w:lineRule="auto"/>
      </w:pPr>
    </w:p>
    <w:p>
      <w:pPr>
        <w:keepNext/>
        <w:spacing w:after="60" w:before="160" w:line="264" w:lineRule="auto"/>
      </w:pPr>
      <w:r>
        <w:rPr>
          <w:rFonts w:ascii="Calibri" w:hAnsi="Calibri" w:eastAsia="Calibri"/>
          <w:b/>
          <w:i w:val="0"/>
          <w:color w:val="0A1B3D"/>
          <w:sz w:val="21"/>
        </w:rPr>
        <w:t>6. Introduction to a new carrier prospect</w:t>
      </w:r>
    </w:p>
    <w:p>
      <w:pPr>
        <w:spacing w:after="40" w:before="0" w:line="264" w:lineRule="auto"/>
      </w:pPr>
      <w:r>
        <w:rPr>
          <w:rFonts w:ascii="Calibri" w:hAnsi="Calibri" w:eastAsia="Calibri"/>
          <w:b/>
          <w:i w:val="0"/>
          <w:color w:val="9A7415"/>
          <w:sz w:val="18"/>
        </w:rPr>
        <w:t>Subject: Dispatch support for [Carrier]</w:t>
      </w:r>
    </w:p>
    <w:tbl>
      <w:tblPr>
        <w:tblW w:type="dxa" w:w="9936"/>
        <w:tblLook w:firstColumn="1" w:firstRow="1" w:lastColumn="0" w:lastRow="0" w:noHBand="0" w:noVBand="1" w:val="04A0"/>
        <w:tblBorders>
          <w:top w:val="single" w:sz="4" w:space="0" w:color="D5D9E2"/>
          <w:left w:val="single" w:sz="4" w:space="0" w:color="D5D9E2"/>
          <w:bottom w:val="single" w:sz="4" w:space="0" w:color="D5D9E2"/>
          <w:right w:val="single" w:sz="4" w:space="0" w:color="D5D9E2"/>
          <w:insideH w:val="single" w:sz="4" w:space="0" w:color="D5D9E2"/>
          <w:insideV w:val="single" w:sz="4" w:space="0" w:color="D5D9E2"/>
        </w:tblBorders>
        <w:tblLayout w:type="fixed"/>
        <w:tblCellMar>
          <w:top w:w="90" w:type="dxa"/>
          <w:left w:w="120" w:type="dxa"/>
          <w:bottom w:w="90" w:type="dxa"/>
          <w:right w:w="120" w:type="dxa"/>
        </w:tblCellMar>
        <w:tblLayout w:type="fixed"/>
      </w:tblPr>
      <w:tblGrid>
        <w:gridCol w:w="9936"/>
      </w:tblGrid>
      <w:tr>
        <w:tc>
          <w:tcPr>
            <w:tcW w:type="dxa" w:w="9936"/>
            <w:shd w:val="clear" w:color="auto" w:fill="F7F8FB"/>
          </w:tcPr>
          <w:p>
            <w:pPr>
              <w:spacing w:after="40"/>
            </w:pPr>
            <w:r/>
            <w:r>
              <w:rPr>
                <w:rFonts w:ascii="Calibri" w:hAnsi="Calibri" w:eastAsia="Calibri"/>
                <w:b w:val="0"/>
                <w:i w:val="0"/>
                <w:color w:val="1F2937"/>
                <w:sz w:val="19"/>
              </w:rPr>
              <w:t>Hello [Name],</w:t>
            </w:r>
          </w:p>
          <w:p>
            <w:pPr>
              <w:spacing w:after="40"/>
            </w:pPr>
            <w:r>
              <w:rPr>
                <w:rFonts w:ascii="Calibri" w:hAnsi="Calibri" w:eastAsia="Calibri"/>
                <w:b w:val="0"/>
                <w:i w:val="0"/>
                <w:color w:val="1F2937"/>
                <w:sz w:val="19"/>
              </w:rPr>
              <w:t>I am [Name] with [Company]. I help owner-operators find loads, check brokers and handle paperwork so the truck keeps moving. Our fee is [fee] and you approve every load. Would a 15-minute call on [day] work?</w:t>
            </w:r>
          </w:p>
          <w:p>
            <w:pPr>
              <w:spacing w:after="40"/>
            </w:pPr>
            <w:r>
              <w:rPr>
                <w:rFonts w:ascii="Calibri" w:hAnsi="Calibri" w:eastAsia="Calibri"/>
                <w:b w:val="0"/>
                <w:i w:val="0"/>
                <w:color w:val="1F2937"/>
                <w:sz w:val="19"/>
              </w:rPr>
              <w:t>Best regards,</w:t>
            </w:r>
          </w:p>
          <w:p>
            <w:pPr>
              <w:spacing w:after="40"/>
            </w:pPr>
            <w:r>
              <w:rPr>
                <w:rFonts w:ascii="Calibri" w:hAnsi="Calibri" w:eastAsia="Calibri"/>
                <w:b w:val="0"/>
                <w:i w:val="0"/>
                <w:color w:val="1F2937"/>
                <w:sz w:val="19"/>
              </w:rPr>
              <w:t>[Name] | [Phone]</w:t>
            </w:r>
          </w:p>
        </w:tc>
      </w:tr>
    </w:tbl>
    <w:p>
      <w:pPr>
        <w:spacing w:after="40" w:before="0" w:line="264" w:lineRule="auto"/>
      </w:pPr>
    </w:p>
    <w:p>
      <w:pPr>
        <w:keepNext/>
        <w:spacing w:after="60" w:before="160" w:line="264" w:lineRule="auto"/>
      </w:pPr>
      <w:r>
        <w:rPr>
          <w:rFonts w:ascii="Calibri" w:hAnsi="Calibri" w:eastAsia="Calibri"/>
          <w:b/>
          <w:i w:val="0"/>
          <w:color w:val="0A1B3D"/>
          <w:sz w:val="21"/>
        </w:rPr>
        <w:t>7. Welcome email to a new carrier</w:t>
      </w:r>
    </w:p>
    <w:p>
      <w:pPr>
        <w:spacing w:after="40" w:before="0" w:line="264" w:lineRule="auto"/>
      </w:pPr>
      <w:r>
        <w:rPr>
          <w:rFonts w:ascii="Calibri" w:hAnsi="Calibri" w:eastAsia="Calibri"/>
          <w:b/>
          <w:i w:val="0"/>
          <w:color w:val="9A7415"/>
          <w:sz w:val="18"/>
        </w:rPr>
        <w:t>Subject: Welcome, here is how we start</w:t>
      </w:r>
    </w:p>
    <w:tbl>
      <w:tblPr>
        <w:tblW w:type="dxa" w:w="9936"/>
        <w:tblLook w:firstColumn="1" w:firstRow="1" w:lastColumn="0" w:lastRow="0" w:noHBand="0" w:noVBand="1" w:val="04A0"/>
        <w:tblBorders>
          <w:top w:val="single" w:sz="4" w:space="0" w:color="D5D9E2"/>
          <w:left w:val="single" w:sz="4" w:space="0" w:color="D5D9E2"/>
          <w:bottom w:val="single" w:sz="4" w:space="0" w:color="D5D9E2"/>
          <w:right w:val="single" w:sz="4" w:space="0" w:color="D5D9E2"/>
          <w:insideH w:val="single" w:sz="4" w:space="0" w:color="D5D9E2"/>
          <w:insideV w:val="single" w:sz="4" w:space="0" w:color="D5D9E2"/>
        </w:tblBorders>
        <w:tblLayout w:type="fixed"/>
        <w:tblCellMar>
          <w:top w:w="90" w:type="dxa"/>
          <w:left w:w="120" w:type="dxa"/>
          <w:bottom w:w="90" w:type="dxa"/>
          <w:right w:w="120" w:type="dxa"/>
        </w:tblCellMar>
        <w:tblLayout w:type="fixed"/>
      </w:tblPr>
      <w:tblGrid>
        <w:gridCol w:w="9936"/>
      </w:tblGrid>
      <w:tr>
        <w:tc>
          <w:tcPr>
            <w:tcW w:type="dxa" w:w="9936"/>
            <w:shd w:val="clear" w:color="auto" w:fill="F7F8FB"/>
          </w:tcPr>
          <w:p>
            <w:pPr>
              <w:spacing w:after="40"/>
            </w:pPr>
            <w:r/>
            <w:r>
              <w:rPr>
                <w:rFonts w:ascii="Calibri" w:hAnsi="Calibri" w:eastAsia="Calibri"/>
                <w:b w:val="0"/>
                <w:i w:val="0"/>
                <w:color w:val="1F2937"/>
                <w:sz w:val="19"/>
              </w:rPr>
              <w:t>Hello [Name],</w:t>
            </w:r>
          </w:p>
          <w:p>
            <w:pPr>
              <w:spacing w:after="40"/>
            </w:pPr>
            <w:r>
              <w:rPr>
                <w:rFonts w:ascii="Calibri" w:hAnsi="Calibri" w:eastAsia="Calibri"/>
                <w:b w:val="0"/>
                <w:i w:val="0"/>
                <w:color w:val="1F2937"/>
                <w:sz w:val="19"/>
              </w:rPr>
              <w:t>Welcome. To start I need: your authority letter, insurance certificate, W-9, factoring details (if any), and the equipment list. Once I have them we sign the dispatch agreement and I will send your first loads for approval. Questions any time on [phone].</w:t>
            </w:r>
          </w:p>
          <w:p>
            <w:pPr>
              <w:spacing w:after="40"/>
            </w:pPr>
            <w:r>
              <w:rPr>
                <w:rFonts w:ascii="Calibri" w:hAnsi="Calibri" w:eastAsia="Calibri"/>
                <w:b w:val="0"/>
                <w:i w:val="0"/>
                <w:color w:val="1F2937"/>
                <w:sz w:val="19"/>
              </w:rPr>
              <w:t>Thank you,</w:t>
            </w:r>
          </w:p>
          <w:p>
            <w:pPr>
              <w:spacing w:after="40"/>
            </w:pPr>
            <w:r>
              <w:rPr>
                <w:rFonts w:ascii="Calibri" w:hAnsi="Calibri" w:eastAsia="Calibri"/>
                <w:b w:val="0"/>
                <w:i w:val="0"/>
                <w:color w:val="1F2937"/>
                <w:sz w:val="19"/>
              </w:rPr>
              <w:t>[Name]</w:t>
            </w:r>
          </w:p>
        </w:tc>
      </w:tr>
    </w:tbl>
    <w:p>
      <w:pPr>
        <w:spacing w:after="40" w:before="0" w:line="264" w:lineRule="auto"/>
      </w:pPr>
    </w:p>
    <w:p>
      <w:pPr>
        <w:keepNext/>
        <w:spacing w:after="60" w:before="160" w:line="264" w:lineRule="auto"/>
      </w:pPr>
      <w:r>
        <w:rPr>
          <w:rFonts w:ascii="Calibri" w:hAnsi="Calibri" w:eastAsia="Calibri"/>
          <w:b/>
          <w:i w:val="0"/>
          <w:color w:val="0A1B3D"/>
          <w:sz w:val="21"/>
        </w:rPr>
        <w:t>8. Weekly statement to your carrier</w:t>
      </w:r>
    </w:p>
    <w:p>
      <w:pPr>
        <w:spacing w:after="40" w:before="0" w:line="264" w:lineRule="auto"/>
      </w:pPr>
      <w:r>
        <w:rPr>
          <w:rFonts w:ascii="Calibri" w:hAnsi="Calibri" w:eastAsia="Calibri"/>
          <w:b/>
          <w:i w:val="0"/>
          <w:color w:val="9A7415"/>
          <w:sz w:val="18"/>
        </w:rPr>
        <w:t>Subject: Weekly statement, [dates]</w:t>
      </w:r>
    </w:p>
    <w:tbl>
      <w:tblPr>
        <w:tblW w:type="dxa" w:w="9936"/>
        <w:tblLook w:firstColumn="1" w:firstRow="1" w:lastColumn="0" w:lastRow="0" w:noHBand="0" w:noVBand="1" w:val="04A0"/>
        <w:tblBorders>
          <w:top w:val="single" w:sz="4" w:space="0" w:color="D5D9E2"/>
          <w:left w:val="single" w:sz="4" w:space="0" w:color="D5D9E2"/>
          <w:bottom w:val="single" w:sz="4" w:space="0" w:color="D5D9E2"/>
          <w:right w:val="single" w:sz="4" w:space="0" w:color="D5D9E2"/>
          <w:insideH w:val="single" w:sz="4" w:space="0" w:color="D5D9E2"/>
          <w:insideV w:val="single" w:sz="4" w:space="0" w:color="D5D9E2"/>
        </w:tblBorders>
        <w:tblLayout w:type="fixed"/>
        <w:tblCellMar>
          <w:top w:w="90" w:type="dxa"/>
          <w:left w:w="120" w:type="dxa"/>
          <w:bottom w:w="90" w:type="dxa"/>
          <w:right w:w="120" w:type="dxa"/>
        </w:tblCellMar>
        <w:tblLayout w:type="fixed"/>
      </w:tblPr>
      <w:tblGrid>
        <w:gridCol w:w="9936"/>
      </w:tblGrid>
      <w:tr>
        <w:tc>
          <w:tcPr>
            <w:tcW w:type="dxa" w:w="9936"/>
            <w:shd w:val="clear" w:color="auto" w:fill="F7F8FB"/>
          </w:tcPr>
          <w:p>
            <w:pPr>
              <w:spacing w:after="40"/>
            </w:pPr>
            <w:r/>
            <w:r>
              <w:rPr>
                <w:rFonts w:ascii="Calibri" w:hAnsi="Calibri" w:eastAsia="Calibri"/>
                <w:b w:val="0"/>
                <w:i w:val="0"/>
                <w:color w:val="1F2937"/>
                <w:sz w:val="19"/>
              </w:rPr>
              <w:t>Hi [Name],</w:t>
            </w:r>
          </w:p>
          <w:p>
            <w:pPr>
              <w:spacing w:after="40"/>
            </w:pPr>
            <w:r>
              <w:rPr>
                <w:rFonts w:ascii="Calibri" w:hAnsi="Calibri" w:eastAsia="Calibri"/>
                <w:b w:val="0"/>
                <w:i w:val="0"/>
                <w:color w:val="1F2937"/>
                <w:sz w:val="19"/>
              </w:rPr>
              <w:t>Your statement for [dates] is attached: [__] loads, [$] gross, [$] fees, [$] net. Highlights: [best load], [issue and what we did]. Next week I am targeting [lanes]. Please reply with any changes to your availability.</w:t>
            </w:r>
          </w:p>
          <w:p>
            <w:pPr>
              <w:spacing w:after="40"/>
            </w:pPr>
            <w:r>
              <w:rPr>
                <w:rFonts w:ascii="Calibri" w:hAnsi="Calibri" w:eastAsia="Calibri"/>
                <w:b w:val="0"/>
                <w:i w:val="0"/>
                <w:color w:val="1F2937"/>
                <w:sz w:val="19"/>
              </w:rPr>
              <w:t>Thank you,</w:t>
            </w:r>
          </w:p>
          <w:p>
            <w:pPr>
              <w:spacing w:after="40"/>
            </w:pPr>
            <w:r>
              <w:rPr>
                <w:rFonts w:ascii="Calibri" w:hAnsi="Calibri" w:eastAsia="Calibri"/>
                <w:b w:val="0"/>
                <w:i w:val="0"/>
                <w:color w:val="1F2937"/>
                <w:sz w:val="19"/>
              </w:rPr>
              <w:t>[Name]</w:t>
            </w:r>
          </w:p>
        </w:tc>
      </w:tr>
    </w:tbl>
    <w:p>
      <w:pPr>
        <w:spacing w:after="40" w:before="0" w:line="264" w:lineRule="auto"/>
      </w:pPr>
    </w:p>
    <w:p>
      <w:pPr>
        <w:keepNext/>
        <w:spacing w:after="60" w:before="160" w:line="264" w:lineRule="auto"/>
      </w:pPr>
      <w:r>
        <w:rPr>
          <w:rFonts w:ascii="Calibri" w:hAnsi="Calibri" w:eastAsia="Calibri"/>
          <w:b/>
          <w:i w:val="0"/>
          <w:color w:val="0A1B3D"/>
          <w:sz w:val="21"/>
        </w:rPr>
        <w:t>9. Request for an honest review</w:t>
      </w:r>
    </w:p>
    <w:p>
      <w:pPr>
        <w:spacing w:after="40" w:before="0" w:line="264" w:lineRule="auto"/>
      </w:pPr>
      <w:r>
        <w:rPr>
          <w:rFonts w:ascii="Calibri" w:hAnsi="Calibri" w:eastAsia="Calibri"/>
          <w:b/>
          <w:i w:val="0"/>
          <w:color w:val="9A7415"/>
          <w:sz w:val="18"/>
        </w:rPr>
        <w:t>Subject: Would you share your experience?</w:t>
      </w:r>
    </w:p>
    <w:tbl>
      <w:tblPr>
        <w:tblW w:type="dxa" w:w="9936"/>
        <w:tblLook w:firstColumn="1" w:firstRow="1" w:lastColumn="0" w:lastRow="0" w:noHBand="0" w:noVBand="1" w:val="04A0"/>
        <w:tblBorders>
          <w:top w:val="single" w:sz="4" w:space="0" w:color="D5D9E2"/>
          <w:left w:val="single" w:sz="4" w:space="0" w:color="D5D9E2"/>
          <w:bottom w:val="single" w:sz="4" w:space="0" w:color="D5D9E2"/>
          <w:right w:val="single" w:sz="4" w:space="0" w:color="D5D9E2"/>
          <w:insideH w:val="single" w:sz="4" w:space="0" w:color="D5D9E2"/>
          <w:insideV w:val="single" w:sz="4" w:space="0" w:color="D5D9E2"/>
        </w:tblBorders>
        <w:tblLayout w:type="fixed"/>
        <w:tblCellMar>
          <w:top w:w="90" w:type="dxa"/>
          <w:left w:w="120" w:type="dxa"/>
          <w:bottom w:w="90" w:type="dxa"/>
          <w:right w:w="120" w:type="dxa"/>
        </w:tblCellMar>
        <w:tblLayout w:type="fixed"/>
      </w:tblPr>
      <w:tblGrid>
        <w:gridCol w:w="9936"/>
      </w:tblGrid>
      <w:tr>
        <w:tc>
          <w:tcPr>
            <w:tcW w:type="dxa" w:w="9936"/>
            <w:shd w:val="clear" w:color="auto" w:fill="F7F8FB"/>
          </w:tcPr>
          <w:p>
            <w:pPr>
              <w:spacing w:after="40"/>
            </w:pPr>
            <w:r/>
            <w:r>
              <w:rPr>
                <w:rFonts w:ascii="Calibri" w:hAnsi="Calibri" w:eastAsia="Calibri"/>
                <w:b w:val="0"/>
                <w:i w:val="0"/>
                <w:color w:val="1F2937"/>
                <w:sz w:val="19"/>
              </w:rPr>
              <w:t>Hello [Name],</w:t>
            </w:r>
          </w:p>
          <w:p>
            <w:pPr>
              <w:spacing w:after="40"/>
            </w:pPr>
            <w:r>
              <w:rPr>
                <w:rFonts w:ascii="Calibri" w:hAnsi="Calibri" w:eastAsia="Calibri"/>
                <w:b w:val="0"/>
                <w:i w:val="0"/>
                <w:color w:val="1F2937"/>
                <w:sz w:val="19"/>
              </w:rPr>
              <w:t>Thank you for working with us. If you have a minute, an honest review of your experience, good or not, helps other carriers decide. You can post it here: [link]. There is no obligation, and we will not change anything about our service whether you post or not.</w:t>
            </w:r>
          </w:p>
          <w:p>
            <w:pPr>
              <w:spacing w:after="40"/>
            </w:pPr>
            <w:r>
              <w:rPr>
                <w:rFonts w:ascii="Calibri" w:hAnsi="Calibri" w:eastAsia="Calibri"/>
                <w:b w:val="0"/>
                <w:i w:val="0"/>
                <w:color w:val="1F2937"/>
                <w:sz w:val="19"/>
              </w:rPr>
              <w:t>Thank you,</w:t>
            </w:r>
          </w:p>
          <w:p>
            <w:pPr>
              <w:spacing w:after="40"/>
            </w:pPr>
            <w:r>
              <w:rPr>
                <w:rFonts w:ascii="Calibri" w:hAnsi="Calibri" w:eastAsia="Calibri"/>
                <w:b w:val="0"/>
                <w:i w:val="0"/>
                <w:color w:val="1F2937"/>
                <w:sz w:val="19"/>
              </w:rPr>
              <w:t>[Name]</w:t>
            </w:r>
          </w:p>
        </w:tc>
      </w:tr>
    </w:tbl>
    <w:p>
      <w:pPr>
        <w:spacing w:after="40" w:before="0" w:line="264" w:lineRule="auto"/>
      </w:pPr>
    </w:p>
    <w:tbl>
      <w:tblPr>
        <w:tblW w:type="dxa" w:w="9936"/>
        <w:tblLook w:firstColumn="1" w:firstRow="1" w:lastColumn="0" w:lastRow="0" w:noHBand="0" w:noVBand="1" w:val="04A0"/>
        <w:tblBorders>
          <w:top w:val="single" w:sz="4" w:space="0" w:color="E4D9B3"/>
          <w:left w:val="single" w:sz="4" w:space="0" w:color="E4D9B3"/>
          <w:bottom w:val="single" w:sz="4" w:space="0" w:color="E4D9B3"/>
          <w:right w:val="single" w:sz="4" w:space="0" w:color="E4D9B3"/>
          <w:insideH w:val="single" w:sz="4" w:space="0" w:color="E4D9B3"/>
          <w:insideV w:val="single" w:sz="4" w:space="0" w:color="E4D9B3"/>
        </w:tblBorders>
        <w:tblLayout w:type="fixed"/>
        <w:tblCellMar>
          <w:top w:w="70" w:type="dxa"/>
          <w:left w:w="120" w:type="dxa"/>
          <w:bottom w:w="70" w:type="dxa"/>
          <w:right w:w="120" w:type="dxa"/>
        </w:tblCellMar>
        <w:tblLayout w:type="fixed"/>
      </w:tblPr>
      <w:tblGrid>
        <w:gridCol w:w="9936"/>
      </w:tblGrid>
      <w:tr>
        <w:tc>
          <w:tcPr>
            <w:tcW w:type="dxa" w:w="9936"/>
            <w:shd w:val="clear" w:color="auto" w:fill="FFF9E8"/>
          </w:tcPr>
          <w:p>
            <w:pPr>
              <w:spacing w:after="0" w:before="0"/>
            </w:pPr>
            <w:r/>
            <w:r>
              <w:rPr>
                <w:rFonts w:ascii="Calibri" w:hAnsi="Calibri" w:eastAsia="Calibri"/>
                <w:b w:val="0"/>
                <w:i/>
                <w:color w:val="6B7280"/>
                <w:sz w:val="18"/>
              </w:rPr>
              <w:t>Review emails: ask for honest feedback only. Do not offer rewards for positive reviews, do not write reviews for customers and do not hide negative ones. That keeps you inside the FTC rules on reviews and testimonials.</w:t>
            </w:r>
          </w:p>
        </w:tc>
      </w:tr>
    </w:tbl>
    <w:p>
      <w:pPr>
        <w:spacing w:after="40" w:before="0" w:line="264" w:lineRule="auto"/>
      </w:pP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6B7280"/>
        <w:sz w:val="15"/>
      </w:rPr>
      <w:t>Truck Dispatching USA - free dispatcher toolkit - truckdispatchingusa.com/dispatcher-toolkit.html. General information and sample wording only; not legal, tax or financial advice. Have a qualified attorney or accountant review before you rely on it.</w:t>
    </w:r>
  </w:p>
  <w:p>
    <w:pPr>
      <w:jc w:val="center"/>
    </w:pPr>
    <w:r>
      <w:rPr>
        <w:rFonts w:ascii="Calibri" w:hAnsi="Calibri" w:eastAsia="Calibri"/>
        <w:b w:val="0"/>
        <w:i w:val="0"/>
        <w:color w:val="6B7280"/>
        <w:sz w:val="15"/>
      </w:rPr>
      <w:t xml:space="preserve">TDU-EML-01   Page </w:t>
    </w:r>
    <w:r>
      <w:rPr>
        <w:color w:val="6B7280"/>
        <w:sz w:val="15"/>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