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WEEKLY DISPATCH REVIEW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Ten minutes every Friday for each truck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 / truck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Week of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Loads delivered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 gross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Loaded miles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Empty miles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Gross per all-in mile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Deadhead %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Days idle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Detention / accessorials collected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Late payments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Driver / carrier feedback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What went well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0"/>
        </w:rPr>
      </w:r>
    </w:p>
    <w:tbl>
      <w:tblPr>
        <w:tblW w:type="dxa" w:w="9936"/>
        <w:tblLayout w:type="fixed"/>
        <w:tblLook w:firstColumn="1" w:firstRow="1" w:lastColumn="0" w:lastRow="0" w:noHBand="0" w:noVBand="1" w:val="04A0"/>
        <w:tblBorders>
          <w:top w:val="single" w:sz="4" w:space="0" w:color="D5D9E2"/>
          <w:left w:val="single" w:sz="4" w:space="0" w:color="D5D9E2"/>
          <w:bottom w:val="single" w:sz="4" w:space="0" w:color="D5D9E2"/>
          <w:right w:val="single" w:sz="4" w:space="0" w:color="D5D9E2"/>
          <w:insideH w:val="single" w:sz="4" w:space="0" w:color="D5D9E2"/>
          <w:insideV w:val="single" w:sz="4" w:space="0" w:color="D5D9E2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9936"/>
      </w:tblGrid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What cost money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0"/>
        </w:rPr>
      </w:r>
    </w:p>
    <w:tbl>
      <w:tblPr>
        <w:tblW w:type="dxa" w:w="9936"/>
        <w:tblLayout w:type="fixed"/>
        <w:tblLook w:firstColumn="1" w:firstRow="1" w:lastColumn="0" w:lastRow="0" w:noHBand="0" w:noVBand="1" w:val="04A0"/>
        <w:tblBorders>
          <w:top w:val="single" w:sz="4" w:space="0" w:color="D5D9E2"/>
          <w:left w:val="single" w:sz="4" w:space="0" w:color="D5D9E2"/>
          <w:bottom w:val="single" w:sz="4" w:space="0" w:color="D5D9E2"/>
          <w:right w:val="single" w:sz="4" w:space="0" w:color="D5D9E2"/>
          <w:insideH w:val="single" w:sz="4" w:space="0" w:color="D5D9E2"/>
          <w:insideV w:val="single" w:sz="4" w:space="0" w:color="D5D9E2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9936"/>
      </w:tblGrid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Next week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456"/>
        <w:gridCol w:w="6480"/>
      </w:tblGrid>
      <w:tr>
        <w:tc>
          <w:tcPr>
            <w:tcW w:type="dxa" w:w="345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Target gross ($)</w:t>
            </w:r>
          </w:p>
        </w:tc>
        <w:tc>
          <w:tcPr>
            <w:tcW w:type="dxa" w:w="64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45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Target lanes</w:t>
            </w:r>
          </w:p>
        </w:tc>
        <w:tc>
          <w:tcPr>
            <w:tcW w:type="dxa" w:w="64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45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Brokers to call</w:t>
            </w:r>
          </w:p>
        </w:tc>
        <w:tc>
          <w:tcPr>
            <w:tcW w:type="dxa" w:w="64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45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Issues to fix</w:t>
            </w:r>
          </w:p>
        </w:tc>
        <w:tc>
          <w:tcPr>
            <w:tcW w:type="dxa" w:w="64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45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 availability changes</w:t>
            </w:r>
          </w:p>
        </w:tc>
        <w:tc>
          <w:tcPr>
            <w:tcW w:type="dxa" w:w="64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TDU-OPS-07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